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8E" w:rsidRPr="00CE283A" w:rsidRDefault="001E2527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Проект а</w:t>
      </w:r>
      <w:r w:rsidR="003F4AF3">
        <w:rPr>
          <w:b/>
          <w:lang w:val="ru-RU" w:eastAsia="ru-RU"/>
        </w:rPr>
        <w:t>дминистративн</w:t>
      </w:r>
      <w:r>
        <w:rPr>
          <w:b/>
          <w:lang w:val="ru-RU" w:eastAsia="ru-RU"/>
        </w:rPr>
        <w:t>ого</w:t>
      </w:r>
      <w:r w:rsidR="003F4AF3">
        <w:rPr>
          <w:b/>
          <w:lang w:val="ru-RU" w:eastAsia="ru-RU"/>
        </w:rPr>
        <w:t xml:space="preserve"> регламент</w:t>
      </w:r>
      <w:r>
        <w:rPr>
          <w:b/>
          <w:lang w:val="ru-RU" w:eastAsia="ru-RU"/>
        </w:rPr>
        <w:t>а</w:t>
      </w:r>
      <w:r w:rsidR="003F4AF3">
        <w:rPr>
          <w:b/>
          <w:lang w:val="ru-RU" w:eastAsia="ru-RU"/>
        </w:rPr>
        <w:br/>
        <w:t>предоставления муниципальной услуги</w:t>
      </w:r>
      <w:r>
        <w:rPr>
          <w:b/>
          <w:lang w:val="ru-RU" w:eastAsia="ru-RU"/>
        </w:rPr>
        <w:t xml:space="preserve"> </w:t>
      </w:r>
      <w:r w:rsidR="003F4AF3">
        <w:rPr>
          <w:b/>
          <w:lang w:val="ru-RU" w:eastAsia="ru-RU"/>
        </w:rPr>
        <w:t>«Библиотечное, библиографическое и информационное обслуживание пользователей библиотеки на территории Валуйского муниципального округа»</w:t>
      </w:r>
    </w:p>
    <w:p w:rsidR="00A75E8E" w:rsidRPr="002035A1" w:rsidRDefault="00A75E8E">
      <w:pPr>
        <w:widowControl w:val="0"/>
        <w:rPr>
          <w:lang w:val="ru-RU"/>
        </w:rPr>
      </w:pPr>
    </w:p>
    <w:p w:rsidR="007F2743" w:rsidRPr="002035A1" w:rsidRDefault="007F2743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1. Общие положения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1.1. Предмет регулирования административного регламента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1.1.1. Настоящий административный регламент предоставления муниципальной услуги «Библиотечное, библиографическое и информационное обслуживание пользователей библиотеки на территории Валуйского муниципального округа» устанавливает порядок предоставления муниципальной услуги и стандарт ее предоставления.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1.1.2. Перечень условных обозначений и сокращений, используемых в</w:t>
      </w:r>
      <w:r w:rsidR="007F2743">
        <w:rPr>
          <w:lang w:eastAsia="ru-RU"/>
        </w:rPr>
        <w:t> </w:t>
      </w:r>
      <w:r>
        <w:rPr>
          <w:lang w:val="ru-RU" w:eastAsia="ru-RU"/>
        </w:rPr>
        <w:t>тексте административного регламента, приведен в приложении № 1 к</w:t>
      </w:r>
      <w:r w:rsidR="007F2743">
        <w:rPr>
          <w:lang w:eastAsia="ru-RU"/>
        </w:rPr>
        <w:t> </w:t>
      </w:r>
      <w:r>
        <w:rPr>
          <w:lang w:val="ru-RU" w:eastAsia="ru-RU"/>
        </w:rPr>
        <w:t>настоящему административному регламенту</w:t>
      </w:r>
      <w:r w:rsidR="007F2743" w:rsidRPr="007F2743">
        <w:rPr>
          <w:lang w:val="ru-RU" w:eastAsia="ru-RU"/>
        </w:rPr>
        <w:t xml:space="preserve"> </w:t>
      </w:r>
      <w:r w:rsidR="007F2743">
        <w:rPr>
          <w:lang w:val="ru-RU" w:eastAsia="ru-RU"/>
        </w:rPr>
        <w:t>(смотрите пункт 1 условных сокращений приложения № 1)</w:t>
      </w:r>
      <w:r>
        <w:rPr>
          <w:lang w:val="ru-RU" w:eastAsia="ru-RU"/>
        </w:rPr>
        <w:t>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1.2. Круг заявителей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1.2.1. Заявителями муниципальной услуги (смотрите пункт 2 условных сокращений приложения № 1) являются физические и юридические лица, заинтересованные в получении библиотечного, библиографического и</w:t>
      </w:r>
      <w:r w:rsidR="007F2743">
        <w:rPr>
          <w:lang w:eastAsia="ru-RU"/>
        </w:rPr>
        <w:t> </w:t>
      </w:r>
      <w:r>
        <w:rPr>
          <w:lang w:val="ru-RU" w:eastAsia="ru-RU"/>
        </w:rPr>
        <w:t>информационного обслуживания на территории Валуйского муниципального округа.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1.2.2. Интересы заявителей (смотрите пункт 5 условных сокращений приложения № 1), указанных в пункте 1.2.1 настоящего административного регламента, могут представлять уполномоченные представители физических и</w:t>
      </w:r>
      <w:r w:rsidR="007F2743">
        <w:rPr>
          <w:lang w:eastAsia="ru-RU"/>
        </w:rPr>
        <w:t> </w:t>
      </w:r>
      <w:r>
        <w:rPr>
          <w:lang w:val="ru-RU" w:eastAsia="ru-RU"/>
        </w:rPr>
        <w:t>юридических лиц, в том числе законные представители несовершеннолетних заявителей.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1.3. Требование предоставления заявителю муниципальной услуги</w:t>
      </w:r>
      <w:r>
        <w:rPr>
          <w:b/>
          <w:lang w:val="ru-RU" w:eastAsia="ru-RU"/>
        </w:rPr>
        <w:br/>
        <w:t>в соответствии с категориями (признаками) заявителей, сведения о</w:t>
      </w:r>
      <w:r w:rsidR="007F2743">
        <w:rPr>
          <w:b/>
          <w:lang w:eastAsia="ru-RU"/>
        </w:rPr>
        <w:t> </w:t>
      </w:r>
      <w:r>
        <w:rPr>
          <w:b/>
          <w:lang w:val="ru-RU" w:eastAsia="ru-RU"/>
        </w:rPr>
        <w:t>которых размещаются в реестре услуг и в федеральной государственной информационной системе «Единый портал государственных и</w:t>
      </w:r>
      <w:r w:rsidR="007F2743">
        <w:rPr>
          <w:b/>
          <w:lang w:eastAsia="ru-RU"/>
        </w:rPr>
        <w:t> </w:t>
      </w:r>
      <w:r>
        <w:rPr>
          <w:b/>
          <w:lang w:val="ru-RU" w:eastAsia="ru-RU"/>
        </w:rPr>
        <w:t>муниципальных услуг (функций)»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7F2743" w:rsidRDefault="003F4AF3" w:rsidP="007F274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1.3.1. Муниципальная услуга предоставляется заявителю в соответствии с</w:t>
      </w:r>
      <w:r w:rsidR="007F2743">
        <w:rPr>
          <w:lang w:eastAsia="ru-RU"/>
        </w:rPr>
        <w:t> </w:t>
      </w:r>
      <w:r>
        <w:rPr>
          <w:lang w:val="ru-RU" w:eastAsia="ru-RU"/>
        </w:rPr>
        <w:t>категориями (признаками) заявителей, сведения о которых размещаются в</w:t>
      </w:r>
      <w:r w:rsidR="007F2743">
        <w:rPr>
          <w:lang w:eastAsia="ru-RU"/>
        </w:rPr>
        <w:t> </w:t>
      </w:r>
      <w:r>
        <w:rPr>
          <w:lang w:val="ru-RU" w:eastAsia="ru-RU"/>
        </w:rPr>
        <w:t>федеральной государственной информационной системе «Федеральный реестр государственных и муниципальных услуг» и в федеральной государственной информационной системе «Единый портал государственных и</w:t>
      </w:r>
      <w:r w:rsidR="007F2743">
        <w:rPr>
          <w:lang w:eastAsia="ru-RU"/>
        </w:rPr>
        <w:t> </w:t>
      </w:r>
      <w:r>
        <w:rPr>
          <w:lang w:val="ru-RU" w:eastAsia="ru-RU"/>
        </w:rPr>
        <w:t>муниципальных услуг (функций)».</w:t>
      </w: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lastRenderedPageBreak/>
        <w:t>2. Стандарт предоставления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2.1. Наименование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2.1.1. Библиотечное, библиографическое и информационное обслуживание пользователей библиотеки на территории Валуйского муниципального округа.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2.2. Наименование органа, предоставляющего муниципальную услугу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 w:rsidP="00331A54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2.2.1. Муниципальная услуга предоставляется муниципальным бюджетным учреждением культуры «Валуйская централизованная библиотечная система» и его структурными подразделениями</w:t>
      </w:r>
      <w:r w:rsidR="00331A54">
        <w:rPr>
          <w:lang w:val="ru-RU" w:eastAsia="ru-RU"/>
        </w:rPr>
        <w:t xml:space="preserve"> (далее - МБУК «Валуйская ЦБС»)</w:t>
      </w:r>
      <w:r>
        <w:rPr>
          <w:lang w:val="ru-RU" w:eastAsia="ru-RU"/>
        </w:rPr>
        <w:t>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2.3. Результат предоставления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2.3.1. Результатом предоставления муниципальной услуги является: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выдача документов (изданий) по запросу во временное пользование либо для использования в помещении библиотеки;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предоставление полнотекстовой копии книжного экземпляра удаленно через сеть «Интернет»;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предоставление библиографической или иной справочной информации;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решение об отказе в предоставлении муниципальной услуги с</w:t>
      </w:r>
      <w:r w:rsidR="001C7245">
        <w:rPr>
          <w:lang w:eastAsia="ru-RU"/>
        </w:rPr>
        <w:t> </w:t>
      </w:r>
      <w:r>
        <w:rPr>
          <w:lang w:val="ru-RU" w:eastAsia="ru-RU"/>
        </w:rPr>
        <w:t>указанием причины отказа.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Документ, содержащий решение о предоставлении муниципальной услуги, на основании которого заявителю предоставляется результат, не</w:t>
      </w:r>
      <w:r w:rsidR="001C7245">
        <w:rPr>
          <w:lang w:eastAsia="ru-RU"/>
        </w:rPr>
        <w:t> </w:t>
      </w:r>
      <w:r>
        <w:rPr>
          <w:lang w:val="ru-RU" w:eastAsia="ru-RU"/>
        </w:rPr>
        <w:t>предусмотрен.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2.3.2. Формирование реестровой записи в качестве результата предоставления муниципальной услуги не предусмотрено.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2.3.3. Результат предоставления муниципальной услуги может быть получен: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форме документа (издания) на бумажном носителе посредством выдачи заявителю в МБУК «Валуйская ЦБС» или в пункте внестационарного обслуживания;</w:t>
      </w:r>
    </w:p>
    <w:p w:rsidR="00331A54" w:rsidRDefault="003F4AF3" w:rsidP="00F155C8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– в электронной форме через официальный сайт МБУК «Валуйская ЦБС» (</w:t>
      </w:r>
      <w:hyperlink r:id="rId8" w:history="1">
        <w:r w:rsidR="002035A1" w:rsidRPr="002035A1">
          <w:rPr>
            <w:rStyle w:val="aff1"/>
            <w:color w:val="auto"/>
            <w:u w:val="none"/>
            <w:lang w:val="ru-RU" w:eastAsia="ru-RU"/>
          </w:rPr>
          <w:t>https://val-library.ru/</w:t>
        </w:r>
      </w:hyperlink>
      <w:r>
        <w:rPr>
          <w:lang w:val="ru-RU" w:eastAsia="ru-RU"/>
        </w:rPr>
        <w:t>)</w:t>
      </w:r>
      <w:r w:rsidR="00331A54">
        <w:rPr>
          <w:lang w:val="ru-RU" w:eastAsia="ru-RU"/>
        </w:rPr>
        <w:t>;</w:t>
      </w:r>
    </w:p>
    <w:p w:rsidR="00A75E8E" w:rsidRPr="00CE283A" w:rsidRDefault="00331A54" w:rsidP="00F155C8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– в форме электронного документа через ЕПГУ (с момента реализации на</w:t>
      </w:r>
      <w:r w:rsidR="006D6011">
        <w:rPr>
          <w:lang w:val="ru-RU" w:eastAsia="ru-RU"/>
        </w:rPr>
        <w:t> </w:t>
      </w:r>
      <w:r>
        <w:rPr>
          <w:lang w:val="ru-RU" w:eastAsia="ru-RU"/>
        </w:rPr>
        <w:t xml:space="preserve">портале (смотрите пункт 3 условных </w:t>
      </w:r>
      <w:r w:rsidR="006D6011">
        <w:rPr>
          <w:lang w:val="ru-RU" w:eastAsia="ru-RU"/>
        </w:rPr>
        <w:t>сокращений приложения № 1)</w:t>
      </w:r>
      <w:r w:rsidR="003F4AF3">
        <w:rPr>
          <w:lang w:val="ru-RU" w:eastAsia="ru-RU"/>
        </w:rPr>
        <w:t>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2.4. Срок предоставления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Default="003F4AF3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2.4.1. Максимальный срок предоставления муниципальной услуги </w:t>
      </w:r>
      <w:r w:rsidR="00331A54">
        <w:rPr>
          <w:lang w:val="ru-RU" w:eastAsia="ru-RU"/>
        </w:rPr>
        <w:t xml:space="preserve">независимо от категории (признаков) заявителей, предусмотренных </w:t>
      </w:r>
      <w:r w:rsidR="00331A54">
        <w:rPr>
          <w:lang w:val="ru-RU" w:eastAsia="ru-RU"/>
        </w:rPr>
        <w:lastRenderedPageBreak/>
        <w:t xml:space="preserve">приложением № 2 к настоящему административному регламенту, </w:t>
      </w:r>
      <w:r>
        <w:rPr>
          <w:lang w:val="ru-RU" w:eastAsia="ru-RU"/>
        </w:rPr>
        <w:t>исчисляется со дня регистрации запроса и документов, необходимых для предоставления</w:t>
      </w:r>
      <w:r w:rsidR="00331A54">
        <w:rPr>
          <w:lang w:val="ru-RU" w:eastAsia="ru-RU"/>
        </w:rPr>
        <w:t xml:space="preserve"> муниципальной услуги</w:t>
      </w:r>
      <w:r>
        <w:rPr>
          <w:lang w:val="ru-RU" w:eastAsia="ru-RU"/>
        </w:rPr>
        <w:t xml:space="preserve"> и составляет:</w:t>
      </w:r>
    </w:p>
    <w:p w:rsidR="008043EC" w:rsidRPr="00CE283A" w:rsidRDefault="008043EC" w:rsidP="008043EC">
      <w:pPr>
        <w:widowControl w:val="0"/>
        <w:ind w:firstLine="709"/>
        <w:jc w:val="both"/>
        <w:rPr>
          <w:lang w:val="ru-RU" w:eastAsia="ru-RU"/>
        </w:rPr>
      </w:pPr>
      <w:r w:rsidRPr="008043EC">
        <w:rPr>
          <w:lang w:val="ru-RU" w:eastAsia="ru-RU"/>
        </w:rPr>
        <w:t>1) в МБУК «Валуйская ЦБС»: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использовании фонда учреждения, включая регистрацию заявителя, – до 20 минут;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доставке документа из другого структурного подразделения –</w:t>
      </w:r>
      <w:r w:rsidR="00331A54">
        <w:rPr>
          <w:lang w:val="ru-RU" w:eastAsia="ru-RU"/>
        </w:rPr>
        <w:t xml:space="preserve">            </w:t>
      </w:r>
      <w:r>
        <w:rPr>
          <w:lang w:val="ru-RU" w:eastAsia="ru-RU"/>
        </w:rPr>
        <w:t xml:space="preserve"> до 10 календарных дней;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доставке документа в рамках внестационарного обслуживания –</w:t>
      </w:r>
      <w:r w:rsidR="00331A54">
        <w:rPr>
          <w:lang w:val="ru-RU" w:eastAsia="ru-RU"/>
        </w:rPr>
        <w:t xml:space="preserve">            </w:t>
      </w:r>
      <w:r>
        <w:rPr>
          <w:lang w:val="ru-RU" w:eastAsia="ru-RU"/>
        </w:rPr>
        <w:t xml:space="preserve"> до 30 календарных дней;</w:t>
      </w:r>
    </w:p>
    <w:p w:rsidR="00A75E8E" w:rsidRDefault="003F4AF3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– при доставке документа по межбиблиотечному абонементу из</w:t>
      </w:r>
      <w:r w:rsidR="00331A54">
        <w:rPr>
          <w:lang w:val="ru-RU" w:eastAsia="ru-RU"/>
        </w:rPr>
        <w:t> </w:t>
      </w:r>
      <w:r>
        <w:rPr>
          <w:lang w:val="ru-RU" w:eastAsia="ru-RU"/>
        </w:rPr>
        <w:t>библиотек, не входящих в структуру уполномоченного органа, –</w:t>
      </w:r>
      <w:r w:rsidR="00331A54">
        <w:rPr>
          <w:lang w:val="ru-RU" w:eastAsia="ru-RU"/>
        </w:rPr>
        <w:t xml:space="preserve">                       </w:t>
      </w:r>
      <w:r>
        <w:rPr>
          <w:lang w:val="ru-RU" w:eastAsia="ru-RU"/>
        </w:rPr>
        <w:t xml:space="preserve"> до 30 календарных дней;</w:t>
      </w:r>
    </w:p>
    <w:p w:rsidR="008043EC" w:rsidRDefault="008043EC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– при предоставлении библиографической справки или справки о наличии документа в фонде – до 3 рабочих дней;</w:t>
      </w:r>
    </w:p>
    <w:p w:rsidR="008043EC" w:rsidRPr="00CE283A" w:rsidRDefault="008043EC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2) </w:t>
      </w:r>
      <w:r w:rsidRPr="00830DB6">
        <w:rPr>
          <w:lang w:val="ru-RU" w:eastAsia="ru-RU"/>
        </w:rPr>
        <w:t>через официальный сайт МБУК «Валуйская ЦБС»</w:t>
      </w:r>
      <w:r>
        <w:rPr>
          <w:lang w:val="ru-RU" w:eastAsia="ru-RU"/>
        </w:rPr>
        <w:t>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– при электронной доставке документа из электронного фонда </w:t>
      </w:r>
      <w:r w:rsidR="008043EC">
        <w:rPr>
          <w:lang w:val="ru-RU" w:eastAsia="ru-RU"/>
        </w:rPr>
        <w:t xml:space="preserve">учреждения </w:t>
      </w:r>
      <w:r>
        <w:rPr>
          <w:lang w:val="ru-RU" w:eastAsia="ru-RU"/>
        </w:rPr>
        <w:t xml:space="preserve"> – до 15 минут;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электронной доставке документа по межбиблиотечному абонементу – до 30 календарных дней;</w:t>
      </w:r>
    </w:p>
    <w:p w:rsidR="00AD74C0" w:rsidRDefault="003F4AF3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– при предоставлении библиографической справки или справки о</w:t>
      </w:r>
      <w:r w:rsidR="00E97855">
        <w:rPr>
          <w:lang w:val="ru-RU" w:eastAsia="ru-RU"/>
        </w:rPr>
        <w:t> </w:t>
      </w:r>
      <w:r>
        <w:rPr>
          <w:lang w:val="ru-RU" w:eastAsia="ru-RU"/>
        </w:rPr>
        <w:t>наличии документа в фонде</w:t>
      </w:r>
      <w:r w:rsidR="00E97855">
        <w:rPr>
          <w:lang w:val="ru-RU" w:eastAsia="ru-RU"/>
        </w:rPr>
        <w:t xml:space="preserve"> </w:t>
      </w:r>
      <w:r>
        <w:rPr>
          <w:lang w:val="ru-RU" w:eastAsia="ru-RU"/>
        </w:rPr>
        <w:t>– до 3 рабочих дней</w:t>
      </w:r>
      <w:r w:rsidR="00AD74C0">
        <w:rPr>
          <w:lang w:val="ru-RU" w:eastAsia="ru-RU"/>
        </w:rPr>
        <w:t>;</w:t>
      </w:r>
    </w:p>
    <w:p w:rsidR="00AD74C0" w:rsidRDefault="00AD74C0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3) через ЕПГУ (с момента реализации на портале):</w:t>
      </w:r>
    </w:p>
    <w:p w:rsidR="00A75E8E" w:rsidRPr="00CE283A" w:rsidRDefault="00AD74C0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предоставлении библиографической справки или справки о наличии документа в фонде – до 3 рабочих дней</w:t>
      </w:r>
      <w:r w:rsidR="003F4AF3">
        <w:rPr>
          <w:lang w:val="ru-RU" w:eastAsia="ru-RU"/>
        </w:rPr>
        <w:t>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2.5. Размер платы, взимаемой с заявителя при предоставлении муниципальной услуги, и способы ее взимания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2.5.1. Предоставление муниципальной услуги осуществляется бесплатно.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2.6.1. Максимальный срок ожидания в очереди не должен превышать 15</w:t>
      </w:r>
      <w:r w:rsidR="008043EC">
        <w:rPr>
          <w:lang w:val="ru-RU" w:eastAsia="ru-RU"/>
        </w:rPr>
        <w:t> </w:t>
      </w:r>
      <w:r>
        <w:rPr>
          <w:lang w:val="ru-RU" w:eastAsia="ru-RU"/>
        </w:rPr>
        <w:t>минут: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подаче запроса о предоставлении муниципальной услуги в МБУК «Валуйская ЦБС»;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получении результата предоставления муниципальной услуги в</w:t>
      </w:r>
      <w:r w:rsidR="009144A4">
        <w:rPr>
          <w:lang w:val="ru-RU" w:eastAsia="ru-RU"/>
        </w:rPr>
        <w:t> </w:t>
      </w:r>
      <w:r>
        <w:rPr>
          <w:lang w:val="ru-RU" w:eastAsia="ru-RU"/>
        </w:rPr>
        <w:t>МБУК «Валуйская ЦБС».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lastRenderedPageBreak/>
        <w:t>2.7. Срок регистрации запроса заявителя о предоставлении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597177" w:rsidRPr="00673E92" w:rsidRDefault="00597177" w:rsidP="00597177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2.7.1. При личном обращении в МБУК «Валуйская ЦБС» проверка представленных документов и регистрация запроса осуществляются непосредственно при обращении; общий срок регистрации не превышает 5 минут.</w:t>
      </w:r>
    </w:p>
    <w:p w:rsidR="00597177" w:rsidRPr="00D45189" w:rsidRDefault="00597177" w:rsidP="00597177">
      <w:pPr>
        <w:ind w:firstLine="709"/>
        <w:jc w:val="both"/>
        <w:rPr>
          <w:color w:val="000000" w:themeColor="text1"/>
          <w:szCs w:val="28"/>
          <w:lang w:val="ru-RU"/>
        </w:rPr>
      </w:pPr>
      <w:r>
        <w:rPr>
          <w:lang w:val="ru-RU" w:eastAsia="ru-RU"/>
        </w:rPr>
        <w:t>2.7.2. Регистрация запроса, направленного в электронной форме, осуществляется МБУК «Валуйская ЦБС» в</w:t>
      </w:r>
      <w:r w:rsidRPr="00D45189">
        <w:rPr>
          <w:color w:val="000000" w:themeColor="text1"/>
          <w:szCs w:val="28"/>
          <w:lang w:val="ru-RU"/>
        </w:rPr>
        <w:t xml:space="preserve"> день его поступления либо на</w:t>
      </w:r>
      <w:r>
        <w:rPr>
          <w:color w:val="000000" w:themeColor="text1"/>
          <w:szCs w:val="28"/>
          <w:lang w:val="ru-RU"/>
        </w:rPr>
        <w:t> </w:t>
      </w:r>
      <w:r w:rsidRPr="00D45189">
        <w:rPr>
          <w:color w:val="000000" w:themeColor="text1"/>
          <w:szCs w:val="28"/>
          <w:lang w:val="ru-RU"/>
        </w:rPr>
        <w:t xml:space="preserve">следующий рабочий день, в случае его получения после </w:t>
      </w:r>
      <w:r w:rsidRPr="00D45189">
        <w:rPr>
          <w:iCs/>
          <w:color w:val="000000" w:themeColor="text1"/>
          <w:szCs w:val="28"/>
          <w:lang w:val="ru-RU"/>
        </w:rPr>
        <w:t>16 часов</w:t>
      </w:r>
      <w:r w:rsidRPr="00D45189">
        <w:rPr>
          <w:i/>
          <w:iCs/>
          <w:color w:val="000000" w:themeColor="text1"/>
          <w:szCs w:val="28"/>
          <w:lang w:val="ru-RU"/>
        </w:rPr>
        <w:t xml:space="preserve"> </w:t>
      </w:r>
      <w:r w:rsidRPr="00D45189">
        <w:rPr>
          <w:color w:val="000000" w:themeColor="text1"/>
          <w:szCs w:val="28"/>
          <w:lang w:val="ru-RU"/>
        </w:rPr>
        <w:t xml:space="preserve">текущего рабочего дня. В случае поступления </w:t>
      </w:r>
      <w:r>
        <w:rPr>
          <w:color w:val="000000" w:themeColor="text1"/>
          <w:szCs w:val="28"/>
          <w:lang w:val="ru-RU"/>
        </w:rPr>
        <w:t>запроса</w:t>
      </w:r>
      <w:r w:rsidRPr="00D45189">
        <w:rPr>
          <w:color w:val="000000" w:themeColor="text1"/>
          <w:szCs w:val="28"/>
          <w:lang w:val="ru-RU"/>
        </w:rPr>
        <w:t xml:space="preserve"> в </w:t>
      </w:r>
      <w:r>
        <w:rPr>
          <w:lang w:val="ru-RU" w:eastAsia="ru-RU"/>
        </w:rPr>
        <w:t xml:space="preserve">МБУК «Валуйская ЦБС»                       </w:t>
      </w:r>
      <w:r w:rsidRPr="00D45189">
        <w:rPr>
          <w:color w:val="000000" w:themeColor="text1"/>
          <w:szCs w:val="28"/>
          <w:lang w:val="ru-RU"/>
        </w:rPr>
        <w:t xml:space="preserve">в выходной или праздничный день регистрация </w:t>
      </w:r>
      <w:r>
        <w:rPr>
          <w:color w:val="000000" w:themeColor="text1"/>
          <w:szCs w:val="28"/>
          <w:lang w:val="ru-RU"/>
        </w:rPr>
        <w:t>запроса</w:t>
      </w:r>
      <w:r w:rsidRPr="00D45189">
        <w:rPr>
          <w:color w:val="000000" w:themeColor="text1"/>
          <w:szCs w:val="28"/>
          <w:lang w:val="ru-RU"/>
        </w:rPr>
        <w:t xml:space="preserve"> осуществляется в</w:t>
      </w:r>
      <w:r>
        <w:rPr>
          <w:color w:val="000000" w:themeColor="text1"/>
          <w:szCs w:val="28"/>
          <w:lang w:val="ru-RU"/>
        </w:rPr>
        <w:t> </w:t>
      </w:r>
      <w:r w:rsidRPr="00D45189">
        <w:rPr>
          <w:color w:val="000000" w:themeColor="text1"/>
          <w:szCs w:val="28"/>
          <w:lang w:val="ru-RU"/>
        </w:rPr>
        <w:t>первый, следующий за ним, рабочий день.</w:t>
      </w:r>
    </w:p>
    <w:p w:rsidR="00597177" w:rsidRDefault="00597177">
      <w:pPr>
        <w:keepNext/>
        <w:widowControl w:val="0"/>
        <w:jc w:val="center"/>
        <w:rPr>
          <w:b/>
          <w:lang w:val="ru-RU" w:eastAsia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2.8. Требования к помещениям, в которых предоставляется муниципальная услуга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2.8.1. Перечень требований к помещениям, в которых предоставляется муниципальная услуга, размещен на официальном сайте МБУК «Валуйская ЦБС» (https://val-library.ru/).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2.9. Показатели качества и доступности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2.9.1. Перечень показателей качества и доступности муниципальной услуги размещен на официальном сайте МБУК «Валуйская </w:t>
      </w:r>
      <w:r w:rsidR="00C67D9E">
        <w:rPr>
          <w:lang w:val="ru-RU" w:eastAsia="ru-RU"/>
        </w:rPr>
        <w:t>ЦБС» (https://val-library.ru/)</w:t>
      </w:r>
      <w:r>
        <w:rPr>
          <w:lang w:val="ru-RU" w:eastAsia="ru-RU"/>
        </w:rPr>
        <w:t>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2.10. Иные требования к предоставлению муниципальной услуги, в том числе учитывающие особенности предоставления муниципальных услуг в</w:t>
      </w:r>
      <w:r w:rsidR="00D9292B">
        <w:rPr>
          <w:b/>
          <w:lang w:val="ru-RU" w:eastAsia="ru-RU"/>
        </w:rPr>
        <w:t> </w:t>
      </w:r>
      <w:r>
        <w:rPr>
          <w:b/>
          <w:lang w:val="ru-RU" w:eastAsia="ru-RU"/>
        </w:rPr>
        <w:t>многофункциональных центрах и особенности предоставления муниципальных услуг в электронной форме</w:t>
      </w:r>
    </w:p>
    <w:p w:rsidR="00A75E8E" w:rsidRPr="00CE283A" w:rsidRDefault="00A75E8E">
      <w:pPr>
        <w:widowControl w:val="0"/>
        <w:rPr>
          <w:lang w:val="ru-RU"/>
        </w:rPr>
      </w:pPr>
    </w:p>
    <w:p w:rsidR="00C00C4E" w:rsidRPr="00673E92" w:rsidRDefault="00C00C4E" w:rsidP="00C00C4E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2.10.1. Услуги, необходимые и обязательные для предоставления муниципальной услуги, отсутствуют.</w:t>
      </w:r>
    </w:p>
    <w:p w:rsidR="00C00C4E" w:rsidRPr="00673E92" w:rsidRDefault="00C00C4E" w:rsidP="00C00C4E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2.10.2. Муниципальная услуга предоставляется в электронном виде посредством официального сайта МБУК «Валуйская ЦБС» (</w:t>
      </w:r>
      <w:hyperlink r:id="rId9" w:history="1">
        <w:r w:rsidRPr="002630F3">
          <w:rPr>
            <w:rStyle w:val="aff1"/>
            <w:color w:val="auto"/>
            <w:u w:val="none"/>
            <w:lang w:val="ru-RU" w:eastAsia="ru-RU"/>
          </w:rPr>
          <w:t>https://val-library.ru/</w:t>
        </w:r>
      </w:hyperlink>
      <w:r>
        <w:rPr>
          <w:lang w:val="ru-RU" w:eastAsia="ru-RU"/>
        </w:rPr>
        <w:t xml:space="preserve">) и </w:t>
      </w:r>
      <w:r w:rsidRPr="002630F3">
        <w:rPr>
          <w:color w:val="000000"/>
          <w:szCs w:val="28"/>
          <w:lang w:val="ru-RU"/>
        </w:rPr>
        <w:t>посредством ЕПГУ (с момента реализации на портале).</w:t>
      </w:r>
    </w:p>
    <w:p w:rsidR="00C00C4E" w:rsidRPr="00673E92" w:rsidRDefault="00C00C4E" w:rsidP="00C00C4E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Иные информационные системы непосредственно для предоставления муниципальной услуги не используются.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Предоставление услуги возможно в стационарных условиях, вне стационара и удаленно через информационно-телекоммуникационную сеть «Интернет».</w:t>
      </w:r>
    </w:p>
    <w:p w:rsidR="00C00C4E" w:rsidRPr="00673E92" w:rsidRDefault="00A3359C" w:rsidP="00C00C4E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2.10.3. </w:t>
      </w:r>
      <w:r w:rsidR="00C00C4E">
        <w:rPr>
          <w:lang w:val="ru-RU" w:eastAsia="ru-RU"/>
        </w:rPr>
        <w:t>Муниципальная услуга в отношении несовершеннолетнего, являющегося заявителем, предоставляется.</w:t>
      </w:r>
    </w:p>
    <w:p w:rsidR="00C00C4E" w:rsidRPr="00673E92" w:rsidRDefault="00C00C4E" w:rsidP="00C00C4E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lastRenderedPageBreak/>
        <w:t>2.10.3.1. Предоставление законному представителю несовершеннолетнего, не являющемуся заявителем, результат</w:t>
      </w:r>
      <w:r w:rsidR="00A3359C">
        <w:rPr>
          <w:lang w:val="ru-RU" w:eastAsia="ru-RU"/>
        </w:rPr>
        <w:t>ов</w:t>
      </w:r>
      <w:r>
        <w:rPr>
          <w:lang w:val="ru-RU" w:eastAsia="ru-RU"/>
        </w:rPr>
        <w:t xml:space="preserve"> предоставления муниципальной услуги в отношении несовершеннолетнего в случае, если заявитель при подаче запроса письменно выразил желание получить результат лично, невозможно.</w:t>
      </w:r>
    </w:p>
    <w:p w:rsidR="00C00C4E" w:rsidRPr="00673E92" w:rsidRDefault="00C00C4E" w:rsidP="00C00C4E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2.10.3.2. Результат муниципальной услуги в отношении несовершеннолетнего предоставляется его законному представителю в сроки, установленные пунктом 2.4.1 настоящего административного регламента, способами, указанными в пункте 2.3.3 настоящего административного регламента.</w:t>
      </w:r>
    </w:p>
    <w:p w:rsidR="00C00C4E" w:rsidRPr="00673E92" w:rsidRDefault="00C00C4E" w:rsidP="00C00C4E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2.10.3.3. При личном получении результата законный представитель предъявляет документ, удостоверяющий личность, и документ, подтверждающий полномочия законного представителя.</w:t>
      </w:r>
    </w:p>
    <w:p w:rsidR="00C00C4E" w:rsidRDefault="00C00C4E" w:rsidP="00C00C4E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2.10.4. Получение муниципальной услуги через МФЦ:</w:t>
      </w:r>
    </w:p>
    <w:p w:rsidR="00C00C4E" w:rsidRPr="00FE6A2C" w:rsidRDefault="00C00C4E" w:rsidP="00C00C4E">
      <w:pPr>
        <w:widowControl w:val="0"/>
        <w:ind w:firstLine="709"/>
        <w:jc w:val="both"/>
        <w:rPr>
          <w:color w:val="000000" w:themeColor="text1"/>
          <w:szCs w:val="28"/>
          <w:lang w:val="ru-RU"/>
        </w:rPr>
      </w:pPr>
      <w:r w:rsidRPr="00FE6A2C">
        <w:rPr>
          <w:color w:val="000000" w:themeColor="text1"/>
          <w:szCs w:val="28"/>
          <w:lang w:val="ru-RU"/>
        </w:rPr>
        <w:t>–</w:t>
      </w:r>
      <w:r>
        <w:rPr>
          <w:color w:val="000000" w:themeColor="text1"/>
          <w:szCs w:val="28"/>
        </w:rPr>
        <w:t> </w:t>
      </w:r>
      <w:r w:rsidRPr="00FE6A2C">
        <w:rPr>
          <w:color w:val="000000" w:themeColor="text1"/>
          <w:szCs w:val="28"/>
          <w:lang w:val="ru-RU"/>
        </w:rPr>
        <w:t xml:space="preserve">возможно в секторе пользовательского сопровождения в МФЦ </w:t>
      </w:r>
      <w:r w:rsidRPr="00FE6A2C">
        <w:rPr>
          <w:color w:val="000000" w:themeColor="text1"/>
          <w:szCs w:val="28"/>
          <w:lang w:val="ru-RU"/>
        </w:rPr>
        <w:br/>
        <w:t>через информационно-телекоммуникационную сеть «Интернет» при наличии технической возможности</w:t>
      </w:r>
      <w:r>
        <w:rPr>
          <w:color w:val="000000" w:themeColor="text1"/>
          <w:szCs w:val="28"/>
          <w:lang w:val="ru-RU"/>
        </w:rPr>
        <w:t xml:space="preserve"> </w:t>
      </w:r>
      <w:r w:rsidRPr="00FE6A2C">
        <w:rPr>
          <w:color w:val="000000" w:themeColor="text1"/>
          <w:szCs w:val="28"/>
          <w:lang w:val="ru-RU"/>
        </w:rPr>
        <w:t>(с момента реализации на портале)</w:t>
      </w:r>
      <w:r>
        <w:rPr>
          <w:i/>
          <w:color w:val="000000" w:themeColor="text1"/>
          <w:szCs w:val="28"/>
          <w:lang w:val="ru-RU"/>
        </w:rPr>
        <w:t>.</w:t>
      </w:r>
    </w:p>
    <w:p w:rsidR="00C00C4E" w:rsidRPr="00673E92" w:rsidRDefault="00C00C4E" w:rsidP="00C00C4E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2.10.4.1. МФЦ не принимает решение об отказе в приеме запроса и документов, необходимых для предоставления муниципальной услуги.</w:t>
      </w:r>
    </w:p>
    <w:p w:rsidR="00C00C4E" w:rsidRPr="00673E92" w:rsidRDefault="00C00C4E" w:rsidP="00C00C4E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2.10.4.2. Выдача результата предоставления муниципальной услуги в МФЦ не предусмотрена.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2.11. Исчерпывающий перечень документов, необходимых для предоставления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D9292B" w:rsidRPr="00673E92" w:rsidRDefault="00D9292B" w:rsidP="00D9292B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2.11.1. 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учетом идентификаторов категорий (признаков) заявителей, отраженных в приложении № 2 к настоящему административному регламенту, приведен в приложении № 3 к настоящему административному регламенту и содержит сведения:</w:t>
      </w:r>
    </w:p>
    <w:p w:rsidR="00D9292B" w:rsidRPr="00673E92" w:rsidRDefault="00D9292B" w:rsidP="00D9292B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о документах, которые заявитель (представитель заявителя) должен предоставить самостоятельно.</w:t>
      </w:r>
    </w:p>
    <w:p w:rsidR="00D9292B" w:rsidRDefault="00D9292B" w:rsidP="00D9292B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2.11.2. Утвержденная форма заявления о предоставлении муниципальной услуги не предусмотрена. Способы формирования запроса приведены в приложении № 5 к настоящему административному регламенту.</w:t>
      </w:r>
    </w:p>
    <w:p w:rsidR="00A75E8E" w:rsidRPr="00CE283A" w:rsidRDefault="00D9292B" w:rsidP="00D9292B">
      <w:pPr>
        <w:widowControl w:val="0"/>
        <w:ind w:firstLine="709"/>
        <w:jc w:val="both"/>
        <w:rPr>
          <w:lang w:val="ru-RU"/>
        </w:rPr>
      </w:pPr>
      <w:r w:rsidRPr="001F0B0C">
        <w:rPr>
          <w:lang w:val="ru-RU" w:eastAsia="ru-RU"/>
        </w:rPr>
        <w:t>При первичном обращении заявителя в библиотеку на него оформляется формуляр читателя. Формуляр ведется</w:t>
      </w:r>
      <w:r w:rsidR="003F4AF3">
        <w:rPr>
          <w:lang w:val="ru-RU" w:eastAsia="ru-RU"/>
        </w:rPr>
        <w:t>.</w:t>
      </w:r>
    </w:p>
    <w:p w:rsidR="00A75E8E" w:rsidRDefault="00A75E8E">
      <w:pPr>
        <w:widowControl w:val="0"/>
        <w:rPr>
          <w:lang w:val="ru-RU"/>
        </w:rPr>
      </w:pPr>
    </w:p>
    <w:p w:rsidR="007D360B" w:rsidRDefault="007D360B">
      <w:pPr>
        <w:widowControl w:val="0"/>
        <w:rPr>
          <w:lang w:val="ru-RU"/>
        </w:rPr>
      </w:pPr>
    </w:p>
    <w:p w:rsidR="007D360B" w:rsidRDefault="007D360B">
      <w:pPr>
        <w:widowControl w:val="0"/>
        <w:rPr>
          <w:lang w:val="ru-RU"/>
        </w:rPr>
      </w:pPr>
    </w:p>
    <w:p w:rsidR="007D360B" w:rsidRDefault="007D360B">
      <w:pPr>
        <w:widowControl w:val="0"/>
        <w:rPr>
          <w:lang w:val="ru-RU"/>
        </w:rPr>
      </w:pPr>
    </w:p>
    <w:p w:rsidR="007D360B" w:rsidRPr="00CE283A" w:rsidRDefault="007D360B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lastRenderedPageBreak/>
        <w:t>2.12. Исчерпывающий перечень оснований для отказа в приеме запроса о</w:t>
      </w:r>
      <w:r w:rsidR="00D9292B">
        <w:rPr>
          <w:b/>
          <w:lang w:val="ru-RU" w:eastAsia="ru-RU"/>
        </w:rPr>
        <w:t> </w:t>
      </w:r>
      <w:r>
        <w:rPr>
          <w:b/>
          <w:lang w:val="ru-RU" w:eastAsia="ru-RU"/>
        </w:rPr>
        <w:t>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2.12.1. Основания для отказа в приеме запроса о предоставлении муниципальной услуги и документов, необходимых для предоставления муниципальной услуги, отсутствуют.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2.12.2. Основания для приостановления предоставления муниципальной услуги отсутствуют.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2.12.3. Основаниями для отказа в предоставлении муниципальной услуги являются: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1) отсутствие запрашиваемых документов (изданий) в книжных фондах библиотек;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2) нарушение Правил пользования библиотеками МБУК «Валуйская ЦБС»;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3) отсутствие запрашиваемой информации в базах данных и</w:t>
      </w:r>
      <w:r w:rsidR="008E4CFA">
        <w:rPr>
          <w:lang w:val="ru-RU" w:eastAsia="ru-RU"/>
        </w:rPr>
        <w:t> </w:t>
      </w:r>
      <w:r>
        <w:rPr>
          <w:lang w:val="ru-RU" w:eastAsia="ru-RU"/>
        </w:rPr>
        <w:t>информационно-поисковых системах уполномоченного органа.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2.12.4. Основания, указанные в пунктах 2.12.1–2.12.3 настоящего подраздела, с учетом категории (признака) заявителя приведены в приложении № 4 к настоящему административному регламенту.</w:t>
      </w:r>
    </w:p>
    <w:p w:rsidR="00A75E8E" w:rsidRDefault="00A75E8E">
      <w:pPr>
        <w:widowControl w:val="0"/>
        <w:rPr>
          <w:lang w:val="ru-RU"/>
        </w:rPr>
      </w:pPr>
    </w:p>
    <w:p w:rsidR="00C67D9E" w:rsidRPr="00CE283A" w:rsidRDefault="00C67D9E">
      <w:pPr>
        <w:widowControl w:val="0"/>
        <w:rPr>
          <w:lang w:val="ru-RU"/>
        </w:rPr>
      </w:pPr>
      <w:bookmarkStart w:id="0" w:name="_GoBack"/>
      <w:bookmarkEnd w:id="0"/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 Состав, последовательность и сроки выполнения административных процедур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3.1. Перечень осуществляемых при предоставлении муниципальной услуги административных процедур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3.1.1. Административный регламент включает в себя следующие процедуры: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1) профилирование заявителя;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2) прием запроса и документов и (или) информации, необходимых для предоставления муниципальной услуги;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3) принятие решения о предоставлении (об отказе в предоставлении) муниципальной услуги;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4) предоставление результата муниципальной услуги.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3.2. Профилирование заявителя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3.2.1. Порядок определения категорий (признаков) заявителя осуществляется посредством его анкетирования одним из следующих способов:</w:t>
      </w:r>
    </w:p>
    <w:p w:rsidR="009D4A37" w:rsidRPr="00673E92" w:rsidRDefault="009D4A37" w:rsidP="009D4A37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– заполнение электронной формы запроса на официальном сайте МБУК </w:t>
      </w:r>
      <w:r>
        <w:rPr>
          <w:lang w:val="ru-RU" w:eastAsia="ru-RU"/>
        </w:rPr>
        <w:lastRenderedPageBreak/>
        <w:t>«Валуйская ЦБС» или на ЕПГУ (с момента реализации на портале);</w:t>
      </w:r>
    </w:p>
    <w:p w:rsidR="009D4A37" w:rsidRPr="00673E92" w:rsidRDefault="009D4A37" w:rsidP="009D4A37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анкетирование в МБУК «Валуйская ЦБС».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3.2.2. По результатам получения ответов от заявителя (представителя заявителя) на вопросы определяется идентификатор категории (признака) заявителя, приведенный в приложении № 2 к настоящему административному регламенту.</w:t>
      </w:r>
    </w:p>
    <w:p w:rsidR="00A75E8E" w:rsidRPr="00CE283A" w:rsidRDefault="009D4A37">
      <w:pPr>
        <w:widowControl w:val="0"/>
        <w:rPr>
          <w:lang w:val="ru-RU"/>
        </w:rPr>
      </w:pPr>
      <w:r>
        <w:rPr>
          <w:lang w:val="ru-RU"/>
        </w:rPr>
        <w:t xml:space="preserve"> </w:t>
      </w: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3.3. Прием запроса и документов и (или) информации, необходимых для</w:t>
      </w:r>
      <w:r w:rsidR="009D4A37">
        <w:rPr>
          <w:b/>
          <w:lang w:val="ru-RU" w:eastAsia="ru-RU"/>
        </w:rPr>
        <w:t> </w:t>
      </w:r>
      <w:r>
        <w:rPr>
          <w:b/>
          <w:lang w:val="ru-RU" w:eastAsia="ru-RU"/>
        </w:rPr>
        <w:t>предоставления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3.3.1. Прием от заявителя (представителя заявителя) запроса и</w:t>
      </w:r>
      <w:r w:rsidR="009D4A37">
        <w:rPr>
          <w:lang w:val="ru-RU" w:eastAsia="ru-RU"/>
        </w:rPr>
        <w:t> </w:t>
      </w:r>
      <w:r>
        <w:rPr>
          <w:lang w:val="ru-RU" w:eastAsia="ru-RU"/>
        </w:rPr>
        <w:t>документов, необходимых для предоставления муниципальной услуги, осуществляется в соответствии с идентификатором категории (признака) заявителя способами, приведенными в приложении № 3 к настоящему административному регламенту.</w:t>
      </w:r>
    </w:p>
    <w:p w:rsidR="004E207F" w:rsidRDefault="003F4AF3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3.3.2. </w:t>
      </w:r>
      <w:r w:rsidR="004E207F">
        <w:rPr>
          <w:lang w:val="ru-RU" w:eastAsia="ru-RU"/>
        </w:rPr>
        <w:t>Утвержденная форма заявления о предоставлении муниципальной услуги не предусмотрена. Перечень документов, которые заявитель (представитель заявителя) должен предоставить самостоятельно, и сведения об отсутствии документов, предоставляемых по собственной инициативе, приведены в приложении № 3 к настоящему административному регламенту.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3.3.3. Способами установления личности (идентификации) заявителя (представителя заявителя) являются: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личном обращении в МБУК «Валуйская ЦБС» – предъявление документа, удостоверяющего личность;</w:t>
      </w:r>
    </w:p>
    <w:p w:rsidR="00224812" w:rsidRDefault="003F4AF3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– при подаче электронного запроса на официальном сайте заявитель указывает сведения, необходимые для рассмотрения запроса и направления результата</w:t>
      </w:r>
      <w:r w:rsidR="00224812">
        <w:rPr>
          <w:lang w:val="ru-RU" w:eastAsia="ru-RU"/>
        </w:rPr>
        <w:t>;</w:t>
      </w:r>
    </w:p>
    <w:p w:rsidR="00A75E8E" w:rsidRPr="00CE283A" w:rsidRDefault="00224812" w:rsidP="0022481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 при подаче запроса в электронном виде через ЕПГУ – авторизация через единую систему идентификации и аутентификации (с момента реализации на портале)</w:t>
      </w:r>
      <w:r w:rsidR="003F4AF3">
        <w:rPr>
          <w:lang w:val="ru-RU" w:eastAsia="ru-RU"/>
        </w:rPr>
        <w:t>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3.3.4. Основания для принятия решения об отказе в приеме запроса и</w:t>
      </w:r>
      <w:r w:rsidR="00224812">
        <w:rPr>
          <w:lang w:val="ru-RU" w:eastAsia="ru-RU"/>
        </w:rPr>
        <w:t> </w:t>
      </w:r>
      <w:r>
        <w:rPr>
          <w:lang w:val="ru-RU" w:eastAsia="ru-RU"/>
        </w:rPr>
        <w:t>документов отсутствуют.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3.3.5. Прием запроса и документов по выбору заявителя (представителя заявителя) независимо от его места жительства или места пребывания (для физических лиц) либо места нахождения (для юридических лиц):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МБУК «Валуйская ЦБС» – не предусмотрен;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через официальный сайт МБУК «Валуйская ЦБС»</w:t>
      </w:r>
      <w:r w:rsidR="00224812">
        <w:rPr>
          <w:lang w:val="ru-RU" w:eastAsia="ru-RU"/>
        </w:rPr>
        <w:t xml:space="preserve"> или ЕПГУ (с момента реализации на портале)</w:t>
      </w:r>
      <w:r>
        <w:rPr>
          <w:lang w:val="ru-RU" w:eastAsia="ru-RU"/>
        </w:rPr>
        <w:t xml:space="preserve"> – предусмотрен;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МФЦ – не предусмотрен.</w:t>
      </w:r>
    </w:p>
    <w:p w:rsidR="00224812" w:rsidRPr="00673E92" w:rsidRDefault="00224812" w:rsidP="0022481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3.3.6. При личном обращении в МБУК «Валуйская ЦБС» проверка представленных документов и регистрация запроса осуществляются непосредственно при обращении; общий срок регистрации не превышает 5 минут.</w:t>
      </w:r>
    </w:p>
    <w:p w:rsidR="00A75E8E" w:rsidRPr="00CE283A" w:rsidRDefault="00224812" w:rsidP="007D360B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3.3.7. Регистрация запроса, направленного в электронной форме, </w:t>
      </w:r>
      <w:r>
        <w:rPr>
          <w:lang w:val="ru-RU" w:eastAsia="ru-RU"/>
        </w:rPr>
        <w:lastRenderedPageBreak/>
        <w:t>осуществляется в течение 1 рабочего дня с момента их поступления.</w:t>
      </w:r>
    </w:p>
    <w:p w:rsidR="004E207F" w:rsidRDefault="004E207F">
      <w:pPr>
        <w:keepNext/>
        <w:widowControl w:val="0"/>
        <w:jc w:val="center"/>
        <w:rPr>
          <w:b/>
          <w:lang w:val="ru-RU" w:eastAsia="ru-RU"/>
        </w:rPr>
      </w:pPr>
    </w:p>
    <w:p w:rsidR="00A75E8E" w:rsidRPr="00CE283A" w:rsidRDefault="002F4D1A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3.4</w:t>
      </w:r>
      <w:r w:rsidR="003F4AF3">
        <w:rPr>
          <w:b/>
          <w:lang w:val="ru-RU" w:eastAsia="ru-RU"/>
        </w:rPr>
        <w:t>. Принятие решения о предоставлении (об отказе в предоставлении)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482D49" w:rsidRPr="00673E92" w:rsidRDefault="00482D49" w:rsidP="00482D49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3.4.1. Основания для отказа в предоставлении муниципальной услуги приведены в приложении № 4 к настоящему административному регламенту.</w:t>
      </w:r>
    </w:p>
    <w:p w:rsidR="00482D49" w:rsidRDefault="00482D49" w:rsidP="00482D49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3.4.2. Срок принятия решения о предоставлении (об отказе в предоставлении) муниципальной услуги с даты получения уполномоченным органом необходимых для принятия решения сведений составляет:</w:t>
      </w:r>
    </w:p>
    <w:p w:rsidR="00482D49" w:rsidRDefault="00482D49" w:rsidP="00482D49">
      <w:pPr>
        <w:pStyle w:val="ae"/>
        <w:widowControl w:val="0"/>
        <w:ind w:left="0" w:firstLine="709"/>
        <w:jc w:val="both"/>
        <w:rPr>
          <w:lang w:val="ru-RU" w:eastAsia="ru-RU"/>
        </w:rPr>
      </w:pPr>
      <w:r>
        <w:rPr>
          <w:lang w:val="ru-RU" w:eastAsia="ru-RU"/>
        </w:rPr>
        <w:t>– при непосредственном обращении заявителя</w:t>
      </w:r>
      <w:r w:rsidRPr="002C4BD3">
        <w:rPr>
          <w:lang w:val="ru-RU" w:eastAsia="ru-RU"/>
        </w:rPr>
        <w:t xml:space="preserve"> в МБУК «Валуйская ЦБС»</w:t>
      </w:r>
      <w:r w:rsidRPr="00622082">
        <w:rPr>
          <w:lang w:val="ru-RU" w:eastAsia="ru-RU"/>
        </w:rPr>
        <w:t xml:space="preserve"> </w:t>
      </w:r>
      <w:r>
        <w:rPr>
          <w:lang w:val="ru-RU" w:eastAsia="ru-RU"/>
        </w:rPr>
        <w:t xml:space="preserve">не более </w:t>
      </w:r>
      <w:r w:rsidR="00C63B11">
        <w:rPr>
          <w:lang w:val="ru-RU" w:eastAsia="ru-RU"/>
        </w:rPr>
        <w:t>5</w:t>
      </w:r>
      <w:r>
        <w:rPr>
          <w:lang w:val="ru-RU" w:eastAsia="ru-RU"/>
        </w:rPr>
        <w:t xml:space="preserve"> минут;</w:t>
      </w:r>
    </w:p>
    <w:p w:rsidR="00482D49" w:rsidRDefault="00482D49" w:rsidP="00482D49">
      <w:pPr>
        <w:pStyle w:val="ae"/>
        <w:widowControl w:val="0"/>
        <w:ind w:left="0"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– </w:t>
      </w:r>
      <w:r w:rsidRPr="00622082">
        <w:rPr>
          <w:lang w:val="ru-RU" w:eastAsia="ru-RU"/>
        </w:rPr>
        <w:t xml:space="preserve"> </w:t>
      </w:r>
      <w:r w:rsidRPr="002C4BD3">
        <w:rPr>
          <w:lang w:val="ru-RU" w:eastAsia="ru-RU"/>
        </w:rPr>
        <w:t>при формировании электронного поискового запроса</w:t>
      </w:r>
      <w:r>
        <w:rPr>
          <w:lang w:val="ru-RU" w:eastAsia="ru-RU"/>
        </w:rPr>
        <w:t xml:space="preserve"> </w:t>
      </w:r>
      <w:r w:rsidRPr="002C4BD3">
        <w:rPr>
          <w:lang w:val="ru-RU" w:eastAsia="ru-RU"/>
        </w:rPr>
        <w:t>через официальный сайт МБУК «Валуйская ЦБС»</w:t>
      </w:r>
      <w:r>
        <w:rPr>
          <w:lang w:val="ru-RU" w:eastAsia="ru-RU"/>
        </w:rPr>
        <w:t xml:space="preserve"> или</w:t>
      </w:r>
      <w:r w:rsidRPr="00622082">
        <w:rPr>
          <w:lang w:val="ru-RU" w:eastAsia="ru-RU"/>
        </w:rPr>
        <w:t xml:space="preserve"> </w:t>
      </w:r>
      <w:r>
        <w:rPr>
          <w:lang w:val="ru-RU" w:eastAsia="ru-RU"/>
        </w:rPr>
        <w:t>через ЕПГУ (с момента реализации на портале) – 1 рабочий день.</w:t>
      </w:r>
    </w:p>
    <w:p w:rsidR="00482D49" w:rsidRPr="00673E92" w:rsidRDefault="00482D49" w:rsidP="00482D49">
      <w:pPr>
        <w:pStyle w:val="ae"/>
        <w:widowControl w:val="0"/>
        <w:ind w:left="0" w:firstLine="709"/>
        <w:jc w:val="both"/>
        <w:rPr>
          <w:lang w:val="ru-RU" w:eastAsia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</w:t>
      </w:r>
      <w:r w:rsidR="00482D49">
        <w:rPr>
          <w:b/>
          <w:lang w:val="ru-RU" w:eastAsia="ru-RU"/>
        </w:rPr>
        <w:t>5</w:t>
      </w:r>
      <w:r>
        <w:rPr>
          <w:b/>
          <w:lang w:val="ru-RU" w:eastAsia="ru-RU"/>
        </w:rPr>
        <w:t>. Предоставление результата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 w:rsidP="00482D49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</w:t>
      </w:r>
      <w:r w:rsidR="00482D49">
        <w:rPr>
          <w:lang w:val="ru-RU" w:eastAsia="ru-RU"/>
        </w:rPr>
        <w:t>5</w:t>
      </w:r>
      <w:r>
        <w:rPr>
          <w:lang w:val="ru-RU" w:eastAsia="ru-RU"/>
        </w:rPr>
        <w:t>.1. </w:t>
      </w:r>
      <w:r w:rsidR="00482D49">
        <w:rPr>
          <w:lang w:val="ru-RU" w:eastAsia="ru-RU"/>
        </w:rPr>
        <w:t>Результат предоставления муниципальной услуги может быть получен способами, указанными в пункте 2.3.3 подраздела 2.3 раздела 2 настоящего административного регламента, и предоставляется в следующие сроки: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– при выдаче документа из фонда </w:t>
      </w:r>
      <w:r w:rsidR="00482D49">
        <w:rPr>
          <w:lang w:val="ru-RU" w:eastAsia="ru-RU"/>
        </w:rPr>
        <w:t>МБУК «Валуйская ЦБС»</w:t>
      </w:r>
      <w:r>
        <w:rPr>
          <w:lang w:val="ru-RU" w:eastAsia="ru-RU"/>
        </w:rPr>
        <w:t xml:space="preserve"> – не более 10</w:t>
      </w:r>
      <w:r w:rsidR="00C63B11">
        <w:rPr>
          <w:lang w:val="ru-RU" w:eastAsia="ru-RU"/>
        </w:rPr>
        <w:t> </w:t>
      </w:r>
      <w:r>
        <w:rPr>
          <w:lang w:val="ru-RU" w:eastAsia="ru-RU"/>
        </w:rPr>
        <w:t>минут с момента принятия решения;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доставке документа из другого структурного подразделения –</w:t>
      </w:r>
      <w:r w:rsidR="00EB238C">
        <w:rPr>
          <w:lang w:val="ru-RU" w:eastAsia="ru-RU"/>
        </w:rPr>
        <w:t xml:space="preserve">             </w:t>
      </w:r>
      <w:r>
        <w:rPr>
          <w:lang w:val="ru-RU" w:eastAsia="ru-RU"/>
        </w:rPr>
        <w:t xml:space="preserve"> до 10 календарных дней;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– при внестационарном обслуживании или доставке </w:t>
      </w:r>
      <w:r w:rsidR="00FB256D">
        <w:rPr>
          <w:lang w:val="ru-RU" w:eastAsia="ru-RU"/>
        </w:rPr>
        <w:t xml:space="preserve">                                            </w:t>
      </w:r>
      <w:r>
        <w:rPr>
          <w:lang w:val="ru-RU" w:eastAsia="ru-RU"/>
        </w:rPr>
        <w:t>по межбиблиотечному абонементу – до 30 календарных дней;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электронной доставке документа из электронного фонда –</w:t>
      </w:r>
      <w:r w:rsidR="00FB256D">
        <w:rPr>
          <w:lang w:val="ru-RU" w:eastAsia="ru-RU"/>
        </w:rPr>
        <w:t xml:space="preserve">                            </w:t>
      </w:r>
      <w:r>
        <w:rPr>
          <w:lang w:val="ru-RU" w:eastAsia="ru-RU"/>
        </w:rPr>
        <w:t xml:space="preserve"> до 15 минут;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электронной доставке документа по межбиблиотечному абонементу – до 30 календарных дней;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предоставлении библиографической или иной справочной информации – до 3 рабочих дней.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</w:t>
      </w:r>
      <w:r w:rsidR="00FB256D">
        <w:rPr>
          <w:lang w:val="ru-RU" w:eastAsia="ru-RU"/>
        </w:rPr>
        <w:t>5</w:t>
      </w:r>
      <w:r>
        <w:rPr>
          <w:lang w:val="ru-RU" w:eastAsia="ru-RU"/>
        </w:rPr>
        <w:t>.2. Предоставление результата муниципальной услуги по выбору заявителя (представителя заявителя) независимо от его места жительства или места пребывания (для физических лиц) либо места нахождения (для юридических лиц):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МБУК «Валуйская ЦБС» – не предусмотрено;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МФЦ – не предусмотрено.</w:t>
      </w:r>
    </w:p>
    <w:p w:rsidR="00A75E8E" w:rsidRPr="00CE283A" w:rsidRDefault="003F4AF3" w:rsidP="004E207F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При обращении через официальный сайт</w:t>
      </w:r>
      <w:r w:rsidR="00FB256D">
        <w:rPr>
          <w:lang w:val="ru-RU" w:eastAsia="ru-RU"/>
        </w:rPr>
        <w:t xml:space="preserve"> или ЕПГУ (с момента реализации на портале) </w:t>
      </w:r>
      <w:r>
        <w:rPr>
          <w:lang w:val="ru-RU" w:eastAsia="ru-RU"/>
        </w:rPr>
        <w:t xml:space="preserve"> результат предоставляется независимо от места жительства (пребывания) заявителя либо места нахождения юридического лица.</w:t>
      </w: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lastRenderedPageBreak/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4.1. Информирование заявителя об изменении статуса рассмотрения запроса о предоставлении муниципальной услуги возможно:</w:t>
      </w:r>
    </w:p>
    <w:p w:rsidR="005C30DA" w:rsidRDefault="005C30DA" w:rsidP="005C30DA">
      <w:pPr>
        <w:pStyle w:val="af"/>
        <w:spacing w:after="0"/>
        <w:ind w:firstLine="540"/>
        <w:jc w:val="both"/>
        <w:rPr>
          <w:szCs w:val="28"/>
          <w:lang w:val="ru-RU"/>
        </w:rPr>
      </w:pPr>
      <w:r w:rsidRPr="00736781">
        <w:rPr>
          <w:color w:val="000000"/>
          <w:szCs w:val="28"/>
          <w:lang w:val="ru-RU"/>
        </w:rPr>
        <w:t>–</w:t>
      </w:r>
      <w:r w:rsidRPr="00736781">
        <w:rPr>
          <w:szCs w:val="28"/>
          <w:lang w:val="ru-RU"/>
        </w:rPr>
        <w:t xml:space="preserve"> в </w:t>
      </w:r>
      <w:r>
        <w:rPr>
          <w:lang w:val="ru-RU" w:eastAsia="ru-RU"/>
        </w:rPr>
        <w:t xml:space="preserve">МБУК «Валуйская ЦБС» </w:t>
      </w:r>
      <w:r>
        <w:rPr>
          <w:szCs w:val="28"/>
          <w:lang w:val="ru-RU"/>
        </w:rPr>
        <w:t>при личном обращении или по телефону;</w:t>
      </w:r>
    </w:p>
    <w:p w:rsidR="005C30DA" w:rsidRDefault="005C30DA" w:rsidP="005C30DA">
      <w:pPr>
        <w:pStyle w:val="af"/>
        <w:spacing w:after="0"/>
        <w:ind w:firstLine="540"/>
        <w:jc w:val="both"/>
        <w:rPr>
          <w:lang w:val="ru-RU" w:eastAsia="ru-RU"/>
        </w:rPr>
      </w:pPr>
      <w:r>
        <w:rPr>
          <w:lang w:val="ru-RU" w:eastAsia="ru-RU"/>
        </w:rPr>
        <w:t>– посредством информации на официальном сайте МБУК «Валуйская ЦБС» (</w:t>
      </w:r>
      <w:hyperlink r:id="rId10" w:history="1">
        <w:r w:rsidRPr="00C42BC6">
          <w:rPr>
            <w:rStyle w:val="aff1"/>
            <w:color w:val="auto"/>
            <w:u w:val="none"/>
            <w:lang w:val="ru-RU" w:eastAsia="ru-RU"/>
          </w:rPr>
          <w:t>https://val-library.ru/</w:t>
        </w:r>
      </w:hyperlink>
      <w:r>
        <w:rPr>
          <w:lang w:val="ru-RU" w:eastAsia="ru-RU"/>
        </w:rPr>
        <w:t>);</w:t>
      </w:r>
    </w:p>
    <w:p w:rsidR="005C30DA" w:rsidRPr="00A56D72" w:rsidRDefault="005C30DA" w:rsidP="005C30DA">
      <w:pPr>
        <w:pStyle w:val="af"/>
        <w:spacing w:after="0"/>
        <w:ind w:firstLine="540"/>
        <w:jc w:val="both"/>
        <w:rPr>
          <w:szCs w:val="28"/>
          <w:lang w:val="ru-RU"/>
        </w:rPr>
      </w:pPr>
      <w:r w:rsidRPr="00736781">
        <w:rPr>
          <w:color w:val="000000"/>
          <w:szCs w:val="28"/>
          <w:lang w:val="ru-RU"/>
        </w:rPr>
        <w:t xml:space="preserve"> –</w:t>
      </w:r>
      <w:r w:rsidRPr="00736781">
        <w:rPr>
          <w:szCs w:val="28"/>
          <w:lang w:val="ru-RU"/>
        </w:rPr>
        <w:t xml:space="preserve"> через ЕПГУ</w:t>
      </w:r>
      <w:r>
        <w:rPr>
          <w:szCs w:val="28"/>
          <w:lang w:val="ru-RU"/>
        </w:rPr>
        <w:t xml:space="preserve"> </w:t>
      </w:r>
      <w:r w:rsidRPr="00736781">
        <w:rPr>
          <w:color w:val="000000"/>
          <w:szCs w:val="28"/>
          <w:lang w:val="ru-RU"/>
        </w:rPr>
        <w:t>(с момента реализации на</w:t>
      </w:r>
      <w:r>
        <w:rPr>
          <w:color w:val="000000"/>
          <w:szCs w:val="28"/>
        </w:rPr>
        <w:t> </w:t>
      </w:r>
      <w:r w:rsidRPr="00736781">
        <w:rPr>
          <w:color w:val="000000"/>
          <w:szCs w:val="28"/>
          <w:lang w:val="ru-RU"/>
        </w:rPr>
        <w:t>портале)</w:t>
      </w:r>
      <w:r>
        <w:rPr>
          <w:szCs w:val="28"/>
          <w:lang w:val="ru-RU"/>
        </w:rPr>
        <w:t>.</w:t>
      </w:r>
    </w:p>
    <w:p w:rsidR="00A75E8E" w:rsidRPr="00CE283A" w:rsidRDefault="003F4AF3">
      <w:pPr>
        <w:rPr>
          <w:lang w:val="ru-RU"/>
        </w:rPr>
      </w:pPr>
      <w:r w:rsidRPr="00CE283A">
        <w:rPr>
          <w:lang w:val="ru-RU"/>
        </w:rPr>
        <w:br w:type="page"/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793"/>
        <w:gridCol w:w="5670"/>
      </w:tblGrid>
      <w:tr w:rsidR="001C3B21" w:rsidRPr="004E207F" w:rsidTr="001C3B21">
        <w:tc>
          <w:tcPr>
            <w:tcW w:w="3284" w:type="dxa"/>
          </w:tcPr>
          <w:p w:rsidR="001C3B21" w:rsidRDefault="001C3B21" w:rsidP="002F6638">
            <w:pPr>
              <w:rPr>
                <w:lang w:val="ru-RU"/>
              </w:rPr>
            </w:pPr>
          </w:p>
        </w:tc>
        <w:tc>
          <w:tcPr>
            <w:tcW w:w="793" w:type="dxa"/>
          </w:tcPr>
          <w:p w:rsidR="001C3B21" w:rsidRDefault="001C3B21" w:rsidP="002F6638">
            <w:pPr>
              <w:rPr>
                <w:lang w:val="ru-RU"/>
              </w:rPr>
            </w:pPr>
          </w:p>
        </w:tc>
        <w:tc>
          <w:tcPr>
            <w:tcW w:w="5670" w:type="dxa"/>
          </w:tcPr>
          <w:p w:rsidR="001C3B21" w:rsidRPr="00673E92" w:rsidRDefault="001C3B21" w:rsidP="002F6638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lang w:val="ru-RU" w:eastAsia="ru-RU"/>
              </w:rPr>
              <w:t>Приложение № 1</w:t>
            </w:r>
          </w:p>
          <w:p w:rsidR="001C3B21" w:rsidRDefault="001C3B21" w:rsidP="001C3B21">
            <w:pPr>
              <w:jc w:val="center"/>
              <w:rPr>
                <w:lang w:val="ru-RU"/>
              </w:rPr>
            </w:pPr>
            <w:r>
              <w:rPr>
                <w:b/>
                <w:lang w:val="ru-RU" w:eastAsia="ru-RU"/>
              </w:rPr>
              <w:t>к административному регламенту</w:t>
            </w:r>
            <w:r>
              <w:rPr>
                <w:b/>
                <w:lang w:val="ru-RU" w:eastAsia="ru-RU"/>
              </w:rPr>
              <w:br/>
              <w:t xml:space="preserve">предоставления муниципальной услуги </w:t>
            </w:r>
            <w:r w:rsidRPr="00C42BC6">
              <w:rPr>
                <w:b/>
                <w:lang w:val="ru-RU" w:eastAsia="ru-RU"/>
              </w:rPr>
              <w:t>«</w:t>
            </w:r>
            <w:r w:rsidRPr="001C3B21">
              <w:rPr>
                <w:b/>
                <w:lang w:val="ru-RU" w:eastAsia="ru-RU"/>
              </w:rPr>
              <w:t>Библиотечное, библиографическое и</w:t>
            </w:r>
            <w:r>
              <w:rPr>
                <w:b/>
                <w:lang w:val="ru-RU" w:eastAsia="ru-RU"/>
              </w:rPr>
              <w:t> </w:t>
            </w:r>
            <w:r w:rsidRPr="001C3B21">
              <w:rPr>
                <w:b/>
                <w:lang w:val="ru-RU" w:eastAsia="ru-RU"/>
              </w:rPr>
              <w:t>информационное обслуживание пользователей библиотеки на</w:t>
            </w:r>
            <w:r>
              <w:rPr>
                <w:b/>
                <w:lang w:val="ru-RU" w:eastAsia="ru-RU"/>
              </w:rPr>
              <w:t> </w:t>
            </w:r>
            <w:r w:rsidRPr="001C3B21">
              <w:rPr>
                <w:b/>
                <w:lang w:val="ru-RU" w:eastAsia="ru-RU"/>
              </w:rPr>
              <w:t>территории Валуйского муниципального округа</w:t>
            </w:r>
            <w:r w:rsidRPr="00C42BC6">
              <w:rPr>
                <w:b/>
                <w:lang w:val="ru-RU" w:eastAsia="ru-RU"/>
              </w:rPr>
              <w:t>»</w:t>
            </w:r>
          </w:p>
        </w:tc>
      </w:tr>
    </w:tbl>
    <w:p w:rsidR="001C3B21" w:rsidRPr="00673E92" w:rsidRDefault="001C3B21" w:rsidP="001C3B21">
      <w:pPr>
        <w:rPr>
          <w:lang w:val="ru-RU"/>
        </w:rPr>
      </w:pPr>
    </w:p>
    <w:p w:rsidR="001C3B21" w:rsidRPr="00673E92" w:rsidRDefault="001C3B21" w:rsidP="001C3B21">
      <w:pPr>
        <w:widowControl w:val="0"/>
        <w:rPr>
          <w:lang w:val="ru-RU"/>
        </w:rPr>
      </w:pPr>
    </w:p>
    <w:p w:rsidR="001C3B21" w:rsidRPr="00673E92" w:rsidRDefault="001C3B21" w:rsidP="001C3B21">
      <w:pPr>
        <w:widowControl w:val="0"/>
        <w:rPr>
          <w:lang w:val="ru-RU"/>
        </w:rPr>
      </w:pPr>
    </w:p>
    <w:p w:rsidR="001C3B21" w:rsidRPr="00673E92" w:rsidRDefault="001C3B21" w:rsidP="001C3B21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Перечень условных обозначений и сокращений</w:t>
      </w:r>
    </w:p>
    <w:p w:rsidR="001C3B21" w:rsidRPr="00673E92" w:rsidRDefault="001C3B21" w:rsidP="001C3B21">
      <w:pPr>
        <w:widowControl w:val="0"/>
        <w:rPr>
          <w:lang w:val="ru-RU"/>
        </w:rPr>
      </w:pPr>
    </w:p>
    <w:p w:rsidR="001C3B21" w:rsidRPr="00673E92" w:rsidRDefault="001C3B21" w:rsidP="001C3B21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Условные сокращения</w:t>
      </w:r>
    </w:p>
    <w:p w:rsidR="001C3B21" w:rsidRPr="00673E92" w:rsidRDefault="001C3B21" w:rsidP="001C3B21">
      <w:pPr>
        <w:widowControl w:val="0"/>
        <w:rPr>
          <w:lang w:val="ru-RU"/>
        </w:rPr>
      </w:pP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1) Административный регламент – административный регламент предоставления муниципальной услуги «Предоставление доступа к оцифрованным изданиям, хранящимся в библиотеках, в том числе к фонду редких книг, с учётом соблюдения требований законодательства Российской Федерации об авторских и смежных правах на территории Валуйского муниципального округа».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2) Муниципальная услуга – Предоставление доступа к оцифрованным изданиям, хранящимся в библиотеках, в том числе к фонду редких книг, с учётом соблюдения требований законодательства Российской Федерации об авторских и смежных правах на территории Валуйского муниципального округа.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3) ЕПГУ, портал – федеральная государственная информационная система «Единый портал государственных и муниципальных услуг (функций)».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4) Заявитель – заявители муниципальной услуги, предусмотренные пунктом 1.2.1 настоящего административного регламента.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5) Представитель заявителя – лица, представляющие интересы заявителей, указанных в пункте 1.2.1 настоящего административного регламента.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6) МФЦ – государственное автономное учреждение Белгородской области «Многофункциональный центр предоставления государственных и муниципальных услуг».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7) Уполномоченный орган – муниципальное бюджетное учреждение культуры «Валуйская централизованная библиотечная система».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8) Федеральный закон № 210-ФЗ – Федеральный закон от 27 июля 2010 года № 210-ФЗ «Об организации предоставления государственных и муниципальных услуг».</w:t>
      </w:r>
    </w:p>
    <w:p w:rsidR="001C3B21" w:rsidRDefault="001C3B21" w:rsidP="001C3B21">
      <w:pPr>
        <w:widowControl w:val="0"/>
        <w:rPr>
          <w:lang w:val="ru-RU"/>
        </w:rPr>
      </w:pPr>
    </w:p>
    <w:p w:rsidR="008F351B" w:rsidRDefault="008F351B" w:rsidP="001C3B21">
      <w:pPr>
        <w:widowControl w:val="0"/>
        <w:rPr>
          <w:lang w:val="ru-RU"/>
        </w:rPr>
      </w:pPr>
    </w:p>
    <w:p w:rsidR="008F351B" w:rsidRPr="00673E92" w:rsidRDefault="008F351B" w:rsidP="001C3B21">
      <w:pPr>
        <w:widowControl w:val="0"/>
        <w:rPr>
          <w:lang w:val="ru-RU"/>
        </w:rPr>
      </w:pPr>
    </w:p>
    <w:p w:rsidR="001C3B21" w:rsidRPr="00673E92" w:rsidRDefault="001C3B21" w:rsidP="001C3B21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lastRenderedPageBreak/>
        <w:t>Условные обозначения</w:t>
      </w:r>
    </w:p>
    <w:p w:rsidR="001C3B21" w:rsidRPr="00673E92" w:rsidRDefault="001C3B21" w:rsidP="001C3B21">
      <w:pPr>
        <w:widowControl w:val="0"/>
        <w:rPr>
          <w:lang w:val="ru-RU"/>
        </w:rPr>
      </w:pP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1) О – предоставляется оригинал документа.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2) ОЭ – предоставляется оригинал документа в электронной форме.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3) К – предоставляется копия документа.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4) К(э) – предоставляется копия документа в электронной форме.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5) К(нз) – предоставляется нотариально удостоверенная копия документа.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6) С(б) – сведения предоставляются на бумажном носителе.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7) С(э) – сведения вносятся заявителем в поля электронной формы запроса.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8) Д(1) – документ предоставляется в одном экземпляре.</w:t>
      </w:r>
    </w:p>
    <w:p w:rsidR="001C3B21" w:rsidRPr="00673E92" w:rsidRDefault="001C3B21" w:rsidP="001C3B21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9) Д(2) – документ предоставляется в двух экземплярах.</w:t>
      </w:r>
    </w:p>
    <w:p w:rsidR="001C3B21" w:rsidRDefault="001C3B21" w:rsidP="001C3B21">
      <w:pPr>
        <w:rPr>
          <w:lang w:val="ru-RU"/>
        </w:rPr>
      </w:pPr>
    </w:p>
    <w:p w:rsidR="001C3B21" w:rsidRDefault="001C3B21" w:rsidP="001C3B21">
      <w:pPr>
        <w:rPr>
          <w:lang w:val="ru-RU"/>
        </w:rPr>
      </w:pPr>
    </w:p>
    <w:p w:rsidR="001C3B21" w:rsidRDefault="001C3B21" w:rsidP="001C3B21">
      <w:pPr>
        <w:rPr>
          <w:lang w:val="ru-RU"/>
        </w:rPr>
      </w:pPr>
    </w:p>
    <w:p w:rsidR="001C3B21" w:rsidRDefault="001C3B21" w:rsidP="001C3B21">
      <w:pPr>
        <w:rPr>
          <w:lang w:val="ru-RU"/>
        </w:rPr>
      </w:pPr>
    </w:p>
    <w:p w:rsidR="001C3B21" w:rsidRDefault="001C3B21" w:rsidP="001C3B21">
      <w:pPr>
        <w:rPr>
          <w:lang w:val="ru-RU"/>
        </w:rPr>
      </w:pPr>
    </w:p>
    <w:p w:rsidR="00A75E8E" w:rsidRDefault="00A75E8E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Default="00C944A8">
      <w:pPr>
        <w:widowControl w:val="0"/>
        <w:rPr>
          <w:lang w:val="ru-RU"/>
        </w:rPr>
      </w:pPr>
    </w:p>
    <w:p w:rsidR="00C944A8" w:rsidRPr="00CE283A" w:rsidRDefault="00C944A8">
      <w:pPr>
        <w:widowControl w:val="0"/>
        <w:rPr>
          <w:lang w:val="ru-RU"/>
        </w:rPr>
      </w:pPr>
    </w:p>
    <w:p w:rsidR="00A75E8E" w:rsidRPr="00CE283A" w:rsidRDefault="00A75E8E">
      <w:pPr>
        <w:widowControl w:val="0"/>
        <w:rPr>
          <w:lang w:val="ru-RU"/>
        </w:rPr>
      </w:pPr>
    </w:p>
    <w:p w:rsidR="00C944A8" w:rsidRDefault="00C944A8">
      <w:pPr>
        <w:keepNext/>
        <w:widowControl w:val="0"/>
        <w:jc w:val="center"/>
        <w:rPr>
          <w:b/>
          <w:lang w:val="ru-RU" w:eastAsia="ru-RU"/>
        </w:rPr>
        <w:sectPr w:rsidR="00C944A8" w:rsidSect="008F351B">
          <w:headerReference w:type="default" r:id="rId11"/>
          <w:pgSz w:w="11906" w:h="16838" w:code="9"/>
          <w:pgMar w:top="1134" w:right="567" w:bottom="1134" w:left="1701" w:header="709" w:footer="709" w:gutter="0"/>
          <w:cols w:space="720"/>
          <w:titlePg/>
          <w:docGrid w:linePitch="360"/>
        </w:sectPr>
      </w:pPr>
    </w:p>
    <w:tbl>
      <w:tblPr>
        <w:tblStyle w:val="aff0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252"/>
        <w:gridCol w:w="5812"/>
      </w:tblGrid>
      <w:tr w:rsidR="00C944A8" w:rsidRPr="004E207F" w:rsidTr="00C944A8">
        <w:tc>
          <w:tcPr>
            <w:tcW w:w="4928" w:type="dxa"/>
          </w:tcPr>
          <w:p w:rsidR="00C944A8" w:rsidRDefault="00C944A8">
            <w:pPr>
              <w:keepNext/>
              <w:widowControl w:val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4252" w:type="dxa"/>
          </w:tcPr>
          <w:p w:rsidR="00C944A8" w:rsidRDefault="00C944A8">
            <w:pPr>
              <w:keepNext/>
              <w:widowControl w:val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812" w:type="dxa"/>
          </w:tcPr>
          <w:p w:rsidR="00C944A8" w:rsidRPr="00673E92" w:rsidRDefault="00C944A8" w:rsidP="00C944A8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lang w:val="ru-RU" w:eastAsia="ru-RU"/>
              </w:rPr>
              <w:t>Приложение № 2</w:t>
            </w:r>
          </w:p>
          <w:p w:rsidR="00C944A8" w:rsidRDefault="00C944A8" w:rsidP="00C944A8">
            <w:pPr>
              <w:keepNext/>
              <w:widowControl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к административному регламенту</w:t>
            </w:r>
            <w:r>
              <w:rPr>
                <w:b/>
                <w:lang w:val="ru-RU" w:eastAsia="ru-RU"/>
              </w:rPr>
              <w:br/>
              <w:t xml:space="preserve">предоставления муниципальной услуги </w:t>
            </w:r>
            <w:r w:rsidRPr="00C42BC6">
              <w:rPr>
                <w:b/>
                <w:lang w:val="ru-RU" w:eastAsia="ru-RU"/>
              </w:rPr>
              <w:t>«</w:t>
            </w:r>
            <w:r w:rsidRPr="001C3B21">
              <w:rPr>
                <w:b/>
                <w:lang w:val="ru-RU" w:eastAsia="ru-RU"/>
              </w:rPr>
              <w:t>Библиотечное, библиографическое и</w:t>
            </w:r>
            <w:r>
              <w:rPr>
                <w:b/>
                <w:lang w:val="ru-RU" w:eastAsia="ru-RU"/>
              </w:rPr>
              <w:t> </w:t>
            </w:r>
            <w:r w:rsidRPr="001C3B21">
              <w:rPr>
                <w:b/>
                <w:lang w:val="ru-RU" w:eastAsia="ru-RU"/>
              </w:rPr>
              <w:t>информационное обслуживание пользователей библиотеки на</w:t>
            </w:r>
            <w:r>
              <w:rPr>
                <w:b/>
                <w:lang w:val="ru-RU" w:eastAsia="ru-RU"/>
              </w:rPr>
              <w:t> </w:t>
            </w:r>
            <w:r w:rsidRPr="001C3B21">
              <w:rPr>
                <w:b/>
                <w:lang w:val="ru-RU" w:eastAsia="ru-RU"/>
              </w:rPr>
              <w:t>территории Валуйского муниципального округа</w:t>
            </w:r>
            <w:r w:rsidRPr="00C42BC6">
              <w:rPr>
                <w:b/>
                <w:lang w:val="ru-RU" w:eastAsia="ru-RU"/>
              </w:rPr>
              <w:t>»</w:t>
            </w:r>
          </w:p>
        </w:tc>
      </w:tr>
    </w:tbl>
    <w:p w:rsidR="00C944A8" w:rsidRDefault="00C944A8">
      <w:pPr>
        <w:keepNext/>
        <w:widowControl w:val="0"/>
        <w:jc w:val="center"/>
        <w:rPr>
          <w:b/>
          <w:lang w:val="ru-RU" w:eastAsia="ru-RU"/>
        </w:rPr>
      </w:pPr>
    </w:p>
    <w:p w:rsidR="00C944A8" w:rsidRDefault="00C944A8">
      <w:pPr>
        <w:keepNext/>
        <w:widowControl w:val="0"/>
        <w:jc w:val="center"/>
        <w:rPr>
          <w:b/>
          <w:lang w:val="ru-RU" w:eastAsia="ru-RU"/>
        </w:rPr>
      </w:pPr>
    </w:p>
    <w:p w:rsidR="00C944A8" w:rsidRDefault="00C944A8">
      <w:pPr>
        <w:keepNext/>
        <w:widowControl w:val="0"/>
        <w:jc w:val="center"/>
        <w:rPr>
          <w:b/>
          <w:lang w:val="ru-RU" w:eastAsia="ru-RU"/>
        </w:rPr>
      </w:pPr>
    </w:p>
    <w:p w:rsidR="00C944A8" w:rsidRDefault="00C944A8">
      <w:pPr>
        <w:keepNext/>
        <w:widowControl w:val="0"/>
        <w:jc w:val="center"/>
        <w:rPr>
          <w:b/>
          <w:lang w:val="ru-RU" w:eastAsia="ru-RU"/>
        </w:rPr>
      </w:pPr>
    </w:p>
    <w:p w:rsidR="00A75E8E" w:rsidRDefault="003F4AF3">
      <w:pPr>
        <w:keepNext/>
        <w:widowControl w:val="0"/>
        <w:jc w:val="center"/>
      </w:pPr>
      <w:r>
        <w:rPr>
          <w:b/>
          <w:lang w:val="ru-RU" w:eastAsia="ru-RU"/>
        </w:rPr>
        <w:t>Идентификаторы категорий (признаков) заявителей</w:t>
      </w:r>
    </w:p>
    <w:p w:rsidR="00A75E8E" w:rsidRDefault="00A75E8E">
      <w:pPr>
        <w:widowControl w:val="0"/>
      </w:pPr>
    </w:p>
    <w:tbl>
      <w:tblPr>
        <w:tblStyle w:val="aff0"/>
        <w:tblW w:w="14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0"/>
        <w:gridCol w:w="4100"/>
        <w:gridCol w:w="3256"/>
        <w:gridCol w:w="3256"/>
        <w:gridCol w:w="3256"/>
      </w:tblGrid>
      <w:tr w:rsidR="00A75E8E">
        <w:trPr>
          <w:cantSplit/>
          <w:tblHeader/>
        </w:trPr>
        <w:tc>
          <w:tcPr>
            <w:tcW w:w="70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№</w:t>
            </w:r>
            <w:r>
              <w:rPr>
                <w:b/>
                <w:sz w:val="24"/>
                <w:lang w:val="ru-RU" w:eastAsia="ru-RU"/>
              </w:rPr>
              <w:br/>
              <w:t>п/п</w:t>
            </w:r>
          </w:p>
        </w:tc>
        <w:tc>
          <w:tcPr>
            <w:tcW w:w="410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Наименования отдельных</w:t>
            </w:r>
            <w:r>
              <w:rPr>
                <w:b/>
                <w:sz w:val="24"/>
                <w:lang w:val="ru-RU" w:eastAsia="ru-RU"/>
              </w:rPr>
              <w:br/>
              <w:t>признаков заявителей</w:t>
            </w:r>
          </w:p>
        </w:tc>
        <w:tc>
          <w:tcPr>
            <w:tcW w:w="9768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Результат предоставления муниципальной услуги</w:t>
            </w:r>
          </w:p>
        </w:tc>
      </w:tr>
      <w:tr w:rsidR="00A75E8E" w:rsidRPr="004E207F">
        <w:trPr>
          <w:cantSplit/>
          <w:tblHeader/>
        </w:trPr>
        <w:tc>
          <w:tcPr>
            <w:tcW w:w="700" w:type="dxa"/>
            <w:vMerge/>
          </w:tcPr>
          <w:p w:rsidR="00A75E8E" w:rsidRDefault="00A75E8E"/>
        </w:tc>
        <w:tc>
          <w:tcPr>
            <w:tcW w:w="4100" w:type="dxa"/>
            <w:vMerge/>
          </w:tcPr>
          <w:p w:rsidR="00A75E8E" w:rsidRDefault="00A75E8E"/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jc w:val="center"/>
              <w:rPr>
                <w:lang w:val="ru-RU"/>
              </w:rPr>
            </w:pPr>
            <w:r>
              <w:rPr>
                <w:i/>
                <w:sz w:val="24"/>
                <w:lang w:val="ru-RU" w:eastAsia="ru-RU"/>
              </w:rPr>
              <w:t>Выдача документов (изданий) по запросу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 w:rsidP="00BF3020">
            <w:pPr>
              <w:widowControl w:val="0"/>
              <w:jc w:val="center"/>
              <w:rPr>
                <w:lang w:val="ru-RU"/>
              </w:rPr>
            </w:pPr>
            <w:r>
              <w:rPr>
                <w:i/>
                <w:sz w:val="24"/>
                <w:lang w:val="ru-RU" w:eastAsia="ru-RU"/>
              </w:rPr>
              <w:t>Предоставление доступа</w:t>
            </w:r>
            <w:r w:rsidR="00BF3020">
              <w:rPr>
                <w:i/>
                <w:sz w:val="24"/>
                <w:lang w:val="ru-RU" w:eastAsia="ru-RU"/>
              </w:rPr>
              <w:t xml:space="preserve"> к</w:t>
            </w:r>
            <w:r>
              <w:rPr>
                <w:i/>
                <w:sz w:val="24"/>
                <w:lang w:val="ru-RU" w:eastAsia="ru-RU"/>
              </w:rPr>
              <w:t xml:space="preserve"> полнотекстовой копии либо справочной информации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jc w:val="center"/>
              <w:rPr>
                <w:lang w:val="ru-RU"/>
              </w:rPr>
            </w:pPr>
            <w:r>
              <w:rPr>
                <w:i/>
                <w:sz w:val="24"/>
                <w:lang w:val="ru-RU" w:eastAsia="ru-RU"/>
              </w:rPr>
              <w:t>Решение об отказе в предоставлении услуги</w:t>
            </w:r>
          </w:p>
        </w:tc>
      </w:tr>
      <w:tr w:rsidR="00C944A8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1.</w:t>
            </w:r>
          </w:p>
        </w:tc>
        <w:tc>
          <w:tcPr>
            <w:tcW w:w="4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>
            <w:pPr>
              <w:widowControl w:val="0"/>
            </w:pPr>
            <w:r>
              <w:rPr>
                <w:sz w:val="24"/>
                <w:lang w:val="ru-RU" w:eastAsia="ru-RU"/>
              </w:rPr>
              <w:t>Физическое лицо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А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Д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И</w:t>
            </w:r>
          </w:p>
        </w:tc>
      </w:tr>
      <w:tr w:rsidR="00C944A8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2.</w:t>
            </w:r>
          </w:p>
        </w:tc>
        <w:tc>
          <w:tcPr>
            <w:tcW w:w="4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>
            <w:pPr>
              <w:widowControl w:val="0"/>
            </w:pPr>
            <w:r>
              <w:rPr>
                <w:sz w:val="24"/>
                <w:lang w:val="ru-RU" w:eastAsia="ru-RU"/>
              </w:rPr>
              <w:t>Представитель физического лица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Б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Е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К</w:t>
            </w:r>
          </w:p>
        </w:tc>
      </w:tr>
      <w:tr w:rsidR="00C944A8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3.</w:t>
            </w:r>
          </w:p>
        </w:tc>
        <w:tc>
          <w:tcPr>
            <w:tcW w:w="4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>
            <w:pPr>
              <w:widowControl w:val="0"/>
            </w:pPr>
            <w:r>
              <w:rPr>
                <w:sz w:val="24"/>
                <w:lang w:val="ru-RU" w:eastAsia="ru-RU"/>
              </w:rPr>
              <w:t>Юридическое лицо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В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Ж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Л</w:t>
            </w:r>
          </w:p>
        </w:tc>
      </w:tr>
      <w:tr w:rsidR="00C944A8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4.</w:t>
            </w:r>
          </w:p>
        </w:tc>
        <w:tc>
          <w:tcPr>
            <w:tcW w:w="4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>
            <w:pPr>
              <w:widowControl w:val="0"/>
            </w:pPr>
            <w:r>
              <w:rPr>
                <w:sz w:val="24"/>
                <w:lang w:val="ru-RU" w:eastAsia="ru-RU"/>
              </w:rPr>
              <w:t>Представитель юридического лица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Г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З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944A8" w:rsidRDefault="00C944A8" w:rsidP="002F6638">
            <w:pPr>
              <w:widowControl w:val="0"/>
              <w:jc w:val="center"/>
            </w:pPr>
            <w:r>
              <w:rPr>
                <w:lang w:val="ru-RU" w:eastAsia="ru-RU"/>
              </w:rPr>
              <w:t>М</w:t>
            </w:r>
          </w:p>
        </w:tc>
      </w:tr>
    </w:tbl>
    <w:p w:rsidR="00A75E8E" w:rsidRDefault="003F4AF3">
      <w:r>
        <w:br w:type="page"/>
      </w:r>
    </w:p>
    <w:tbl>
      <w:tblPr>
        <w:tblW w:w="145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14568"/>
      </w:tblGrid>
      <w:tr w:rsidR="00A75E8E" w:rsidRPr="004E207F">
        <w:tc>
          <w:tcPr>
            <w:tcW w:w="1456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tbl>
            <w:tblPr>
              <w:tblStyle w:val="af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791"/>
              <w:gridCol w:w="3568"/>
              <w:gridCol w:w="6014"/>
            </w:tblGrid>
            <w:tr w:rsidR="00A92701" w:rsidRPr="004E207F" w:rsidTr="00A92701">
              <w:tc>
                <w:tcPr>
                  <w:tcW w:w="4791" w:type="dxa"/>
                </w:tcPr>
                <w:p w:rsidR="00A92701" w:rsidRDefault="00A92701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3568" w:type="dxa"/>
                </w:tcPr>
                <w:p w:rsidR="00A92701" w:rsidRDefault="00A92701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6014" w:type="dxa"/>
                </w:tcPr>
                <w:p w:rsidR="00A92701" w:rsidRPr="00673E92" w:rsidRDefault="00A92701" w:rsidP="00A92701">
                  <w:pPr>
                    <w:widowControl w:val="0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lang w:val="ru-RU" w:eastAsia="ru-RU"/>
                    </w:rPr>
                    <w:t xml:space="preserve">Приложение № </w:t>
                  </w:r>
                  <w:r w:rsidR="003B140F">
                    <w:rPr>
                      <w:b/>
                      <w:lang w:val="ru-RU" w:eastAsia="ru-RU"/>
                    </w:rPr>
                    <w:t>3</w:t>
                  </w:r>
                </w:p>
                <w:p w:rsidR="00A92701" w:rsidRDefault="00A92701" w:rsidP="00A92701">
                  <w:pPr>
                    <w:widowControl w:val="0"/>
                    <w:jc w:val="center"/>
                    <w:rPr>
                      <w:b/>
                      <w:lang w:val="ru-RU" w:eastAsia="ru-RU"/>
                    </w:rPr>
                  </w:pPr>
                  <w:r>
                    <w:rPr>
                      <w:b/>
                      <w:lang w:val="ru-RU" w:eastAsia="ru-RU"/>
                    </w:rPr>
                    <w:t>к административному регламенту</w:t>
                  </w:r>
                  <w:r>
                    <w:rPr>
                      <w:b/>
                      <w:lang w:val="ru-RU" w:eastAsia="ru-RU"/>
                    </w:rPr>
                    <w:br/>
                    <w:t xml:space="preserve">предоставления муниципальной услуги </w:t>
                  </w:r>
                  <w:r w:rsidRPr="00C42BC6">
                    <w:rPr>
                      <w:b/>
                      <w:lang w:val="ru-RU" w:eastAsia="ru-RU"/>
                    </w:rPr>
                    <w:t>«</w:t>
                  </w:r>
                  <w:r w:rsidRPr="001C3B21">
                    <w:rPr>
                      <w:b/>
                      <w:lang w:val="ru-RU" w:eastAsia="ru-RU"/>
                    </w:rPr>
                    <w:t>Библиотечное, библиографическое и</w:t>
                  </w:r>
                  <w:r>
                    <w:rPr>
                      <w:b/>
                      <w:lang w:val="ru-RU" w:eastAsia="ru-RU"/>
                    </w:rPr>
                    <w:t> </w:t>
                  </w:r>
                  <w:r w:rsidRPr="001C3B21">
                    <w:rPr>
                      <w:b/>
                      <w:lang w:val="ru-RU" w:eastAsia="ru-RU"/>
                    </w:rPr>
                    <w:t>информационное обслуживание пользователей библиотеки на</w:t>
                  </w:r>
                  <w:r>
                    <w:rPr>
                      <w:b/>
                      <w:lang w:val="ru-RU" w:eastAsia="ru-RU"/>
                    </w:rPr>
                    <w:t> </w:t>
                  </w:r>
                  <w:r w:rsidRPr="001C3B21">
                    <w:rPr>
                      <w:b/>
                      <w:lang w:val="ru-RU" w:eastAsia="ru-RU"/>
                    </w:rPr>
                    <w:t>территории Валуйского муниципального округа</w:t>
                  </w:r>
                  <w:r w:rsidRPr="00C42BC6">
                    <w:rPr>
                      <w:b/>
                      <w:lang w:val="ru-RU" w:eastAsia="ru-RU"/>
                    </w:rPr>
                    <w:t>»</w:t>
                  </w:r>
                </w:p>
              </w:tc>
            </w:tr>
          </w:tbl>
          <w:p w:rsidR="00A75E8E" w:rsidRPr="00CE283A" w:rsidRDefault="00A75E8E" w:rsidP="00A22425">
            <w:pPr>
              <w:widowControl w:val="0"/>
              <w:rPr>
                <w:lang w:val="ru-RU"/>
              </w:rPr>
            </w:pPr>
          </w:p>
        </w:tc>
      </w:tr>
    </w:tbl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Исчерпывающий перечень способов подачи запроса и документов, необходимых для предоставления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jc w:val="right"/>
        <w:rPr>
          <w:lang w:val="ru-RU"/>
        </w:rPr>
      </w:pPr>
      <w:r>
        <w:rPr>
          <w:lang w:val="ru-RU" w:eastAsia="ru-RU"/>
        </w:rPr>
        <w:t>Таблица 1.</w:t>
      </w: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Исчерпывающий перечень документов и (или) информации, которые заявитель должен предоставить самостоятельно, а также требования к ним</w:t>
      </w:r>
    </w:p>
    <w:p w:rsidR="00A75E8E" w:rsidRPr="00CE283A" w:rsidRDefault="00A75E8E">
      <w:pPr>
        <w:widowControl w:val="0"/>
        <w:rPr>
          <w:lang w:val="ru-RU"/>
        </w:rPr>
      </w:pPr>
    </w:p>
    <w:tbl>
      <w:tblPr>
        <w:tblW w:w="14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0"/>
        <w:gridCol w:w="2325"/>
        <w:gridCol w:w="3425"/>
        <w:gridCol w:w="2350"/>
        <w:gridCol w:w="3100"/>
        <w:gridCol w:w="2768"/>
      </w:tblGrid>
      <w:tr w:rsidR="00A75E8E" w:rsidTr="00A22425">
        <w:trPr>
          <w:cantSplit/>
          <w:tblHeader/>
        </w:trPr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№ п/п</w:t>
            </w:r>
          </w:p>
        </w:tc>
        <w:tc>
          <w:tcPr>
            <w:tcW w:w="23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Идентификатор(ы) категорий (признаков) заявителей</w:t>
            </w:r>
          </w:p>
        </w:tc>
        <w:tc>
          <w:tcPr>
            <w:tcW w:w="3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Наименование документа</w:t>
            </w:r>
            <w:r>
              <w:rPr>
                <w:b/>
                <w:sz w:val="24"/>
                <w:lang w:val="ru-RU" w:eastAsia="ru-RU"/>
              </w:rPr>
              <w:br/>
              <w:t>и (или) информации</w:t>
            </w:r>
          </w:p>
        </w:tc>
        <w:tc>
          <w:tcPr>
            <w:tcW w:w="23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Способы подачи документов</w:t>
            </w:r>
            <w:r>
              <w:rPr>
                <w:b/>
                <w:sz w:val="24"/>
                <w:lang w:val="ru-RU" w:eastAsia="ru-RU"/>
              </w:rPr>
              <w:br/>
              <w:t>(уполномоченный орган, почта, ЕПГУ, МФЦ)</w:t>
            </w:r>
          </w:p>
        </w:tc>
        <w:tc>
          <w:tcPr>
            <w:tcW w:w="3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Требование к документу</w:t>
            </w:r>
            <w:r>
              <w:rPr>
                <w:b/>
                <w:sz w:val="24"/>
                <w:lang w:val="ru-RU" w:eastAsia="ru-RU"/>
              </w:rPr>
              <w:br/>
              <w:t>и (или) информации, в том числе к формату, количеству либо указание на его отсутствие</w:t>
            </w:r>
          </w:p>
        </w:tc>
        <w:tc>
          <w:tcPr>
            <w:tcW w:w="27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Иные требования</w:t>
            </w:r>
          </w:p>
        </w:tc>
      </w:tr>
      <w:tr w:rsidR="00A22425" w:rsidRPr="004E207F" w:rsidTr="00A22425">
        <w:trPr>
          <w:cantSplit/>
          <w:trHeight w:val="1770"/>
        </w:trPr>
        <w:tc>
          <w:tcPr>
            <w:tcW w:w="60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2425" w:rsidRDefault="00A22425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1.</w:t>
            </w:r>
          </w:p>
        </w:tc>
        <w:tc>
          <w:tcPr>
            <w:tcW w:w="232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2425" w:rsidRDefault="00A22425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А, Б, В, Г</w:t>
            </w:r>
            <w:r w:rsidR="00BF3020">
              <w:rPr>
                <w:sz w:val="24"/>
                <w:lang w:val="ru-RU" w:eastAsia="ru-RU"/>
              </w:rPr>
              <w:t>, Д, Е, Ж, З</w:t>
            </w:r>
          </w:p>
          <w:p w:rsidR="00BF3020" w:rsidRPr="00CE283A" w:rsidRDefault="00BF302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3425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2425" w:rsidRPr="00CE283A" w:rsidRDefault="00A22425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Запрос о предоставлении муниципальной услуги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2425" w:rsidRPr="00CE283A" w:rsidRDefault="00A22425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МБУК «Валуйская ЦБС» или пункт внестационарного обслуживания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2425" w:rsidRPr="00CE283A" w:rsidRDefault="00DD3A29" w:rsidP="00DD3A29">
            <w:pPr>
              <w:widowControl w:val="0"/>
              <w:jc w:val="center"/>
              <w:rPr>
                <w:lang w:val="ru-RU"/>
              </w:rPr>
            </w:pPr>
            <w:r w:rsidRPr="00EB758B">
              <w:rPr>
                <w:sz w:val="24"/>
                <w:szCs w:val="24"/>
                <w:lang w:val="ru-RU"/>
              </w:rPr>
              <w:t>Отсутствуют</w:t>
            </w:r>
          </w:p>
        </w:tc>
        <w:tc>
          <w:tcPr>
            <w:tcW w:w="2768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22425" w:rsidRPr="00CE283A" w:rsidRDefault="00A22425" w:rsidP="00A22425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Сведения сообщаются устно, отдельный бумажный бланк не требуется; запрос должен позволять определить искомое издание или требуемый вид доступа</w:t>
            </w:r>
          </w:p>
        </w:tc>
      </w:tr>
      <w:tr w:rsidR="00DD3A29" w:rsidRPr="009D4A37" w:rsidTr="00A22425">
        <w:trPr>
          <w:cantSplit/>
          <w:trHeight w:val="210"/>
        </w:trPr>
        <w:tc>
          <w:tcPr>
            <w:tcW w:w="600" w:type="dxa"/>
            <w:vMerge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D3A29" w:rsidRDefault="00DD3A29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vMerge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D3A29" w:rsidRDefault="00DD3A29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3425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D3A29" w:rsidRDefault="00DD3A29" w:rsidP="00A22425">
            <w:pPr>
              <w:widowControl w:val="0"/>
              <w:rPr>
                <w:sz w:val="24"/>
                <w:lang w:val="ru-RU"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D3A29" w:rsidRDefault="00DD3A29" w:rsidP="00DD3A29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Официальный сайт МБУК «Валуйская ЦБС», ЕПГУ</w:t>
            </w:r>
          </w:p>
          <w:p w:rsidR="00DD3A29" w:rsidRDefault="00DD3A29" w:rsidP="00DD3A29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(с момента реализации на портале)</w:t>
            </w:r>
          </w:p>
        </w:tc>
        <w:tc>
          <w:tcPr>
            <w:tcW w:w="310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D3A29" w:rsidRPr="00EB758B" w:rsidRDefault="00DD3A29" w:rsidP="002F6638">
            <w:pPr>
              <w:widowControl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 w:eastAsia="ru-RU"/>
              </w:rPr>
              <w:t>С(э)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D3A29" w:rsidRDefault="00DD3A29" w:rsidP="002F6638">
            <w:pPr>
              <w:widowControl w:val="0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Документы не требуются, доступ свободный</w:t>
            </w:r>
          </w:p>
          <w:p w:rsidR="00DD3A29" w:rsidRDefault="00DD3A29" w:rsidP="002F6638">
            <w:pPr>
              <w:widowControl w:val="0"/>
              <w:rPr>
                <w:sz w:val="24"/>
                <w:lang w:val="ru-RU" w:eastAsia="ru-RU"/>
              </w:rPr>
            </w:pPr>
          </w:p>
        </w:tc>
      </w:tr>
      <w:tr w:rsidR="003B140F" w:rsidRPr="004E207F" w:rsidTr="003B140F">
        <w:trPr>
          <w:cantSplit/>
          <w:trHeight w:val="1365"/>
        </w:trPr>
        <w:tc>
          <w:tcPr>
            <w:tcW w:w="60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Default="003B140F" w:rsidP="003B140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2.</w:t>
            </w:r>
          </w:p>
        </w:tc>
        <w:tc>
          <w:tcPr>
            <w:tcW w:w="232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Pr="00CE283A" w:rsidRDefault="00C7573E" w:rsidP="003B140F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А, Б, Г, Д, Е, З</w:t>
            </w:r>
          </w:p>
        </w:tc>
        <w:tc>
          <w:tcPr>
            <w:tcW w:w="342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Default="003B140F">
            <w:pPr>
              <w:widowControl w:val="0"/>
            </w:pPr>
            <w:r>
              <w:rPr>
                <w:sz w:val="24"/>
                <w:lang w:val="ru-RU" w:eastAsia="ru-RU"/>
              </w:rPr>
              <w:t>Документ, удостоверяющий личность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Pr="00CE283A" w:rsidRDefault="003B140F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МБУК «Валуйская ЦБС» или пункт внестационарного обслуживания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Default="003B140F" w:rsidP="003B140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О, Д(1)</w:t>
            </w:r>
          </w:p>
        </w:tc>
        <w:tc>
          <w:tcPr>
            <w:tcW w:w="2768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Default="003B140F">
            <w:pPr>
              <w:widowControl w:val="0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Предъявляется при личном обращении и возвращается заявителю после проверки</w:t>
            </w:r>
          </w:p>
          <w:p w:rsidR="003B140F" w:rsidRPr="00CE283A" w:rsidRDefault="003B140F">
            <w:pPr>
              <w:widowControl w:val="0"/>
              <w:rPr>
                <w:lang w:val="ru-RU"/>
              </w:rPr>
            </w:pPr>
          </w:p>
        </w:tc>
      </w:tr>
      <w:tr w:rsidR="003B140F" w:rsidRPr="009D4A37" w:rsidTr="003B140F">
        <w:trPr>
          <w:cantSplit/>
          <w:trHeight w:val="60"/>
        </w:trPr>
        <w:tc>
          <w:tcPr>
            <w:tcW w:w="600" w:type="dxa"/>
            <w:vMerge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Default="003B140F" w:rsidP="003B140F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325" w:type="dxa"/>
            <w:vMerge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Default="003B140F" w:rsidP="003B140F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3425" w:type="dxa"/>
            <w:vMerge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Default="003B140F">
            <w:pPr>
              <w:widowControl w:val="0"/>
              <w:rPr>
                <w:sz w:val="24"/>
                <w:lang w:val="ru-RU"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Default="003B140F" w:rsidP="002F6638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ЕПГУ </w:t>
            </w:r>
          </w:p>
          <w:p w:rsidR="003B140F" w:rsidRDefault="003B140F" w:rsidP="002F6638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(с момента реализации на портале)</w:t>
            </w:r>
          </w:p>
        </w:tc>
        <w:tc>
          <w:tcPr>
            <w:tcW w:w="3100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Default="003B140F" w:rsidP="002F6638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ОЭ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B140F" w:rsidRDefault="003B140F" w:rsidP="002F6638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Отсутствуют</w:t>
            </w:r>
          </w:p>
        </w:tc>
      </w:tr>
      <w:tr w:rsidR="008F351B" w:rsidRPr="004E207F" w:rsidTr="00A22425">
        <w:trPr>
          <w:cantSplit/>
        </w:trPr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F351B" w:rsidRDefault="008F351B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3.</w:t>
            </w:r>
          </w:p>
        </w:tc>
        <w:tc>
          <w:tcPr>
            <w:tcW w:w="23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F351B" w:rsidRDefault="008F351B" w:rsidP="002F6638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Б,</w:t>
            </w:r>
            <w:r w:rsidR="006E26EA">
              <w:rPr>
                <w:sz w:val="24"/>
                <w:lang w:val="ru-RU" w:eastAsia="ru-RU"/>
              </w:rPr>
              <w:t xml:space="preserve"> </w:t>
            </w:r>
            <w:r>
              <w:rPr>
                <w:sz w:val="24"/>
                <w:lang w:val="ru-RU" w:eastAsia="ru-RU"/>
              </w:rPr>
              <w:t>Г</w:t>
            </w:r>
            <w:r w:rsidR="006E26EA">
              <w:rPr>
                <w:sz w:val="24"/>
                <w:lang w:val="ru-RU" w:eastAsia="ru-RU"/>
              </w:rPr>
              <w:t>, Е, З</w:t>
            </w:r>
          </w:p>
        </w:tc>
        <w:tc>
          <w:tcPr>
            <w:tcW w:w="3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F351B" w:rsidRPr="00673E92" w:rsidRDefault="008F351B" w:rsidP="002F6638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F351B" w:rsidRDefault="008F351B" w:rsidP="002F6638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МБУК «Валуйская ЦБС»</w:t>
            </w:r>
          </w:p>
        </w:tc>
        <w:tc>
          <w:tcPr>
            <w:tcW w:w="3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F351B" w:rsidRDefault="008F351B" w:rsidP="002F6638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О либо К(нз), Д(1)</w:t>
            </w:r>
          </w:p>
        </w:tc>
        <w:tc>
          <w:tcPr>
            <w:tcW w:w="27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F351B" w:rsidRPr="00673E92" w:rsidRDefault="008F351B" w:rsidP="002F6638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Предъявляется при обращении представителя заявителя</w:t>
            </w:r>
          </w:p>
        </w:tc>
      </w:tr>
    </w:tbl>
    <w:p w:rsidR="00A75E8E" w:rsidRPr="00CE283A" w:rsidRDefault="003F4AF3">
      <w:pPr>
        <w:rPr>
          <w:lang w:val="ru-RU"/>
        </w:rPr>
      </w:pPr>
      <w:r w:rsidRPr="00CE283A">
        <w:rPr>
          <w:lang w:val="ru-RU"/>
        </w:rPr>
        <w:br w:type="page"/>
      </w:r>
    </w:p>
    <w:p w:rsidR="00A75E8E" w:rsidRPr="00CE283A" w:rsidRDefault="00A75E8E">
      <w:pPr>
        <w:rPr>
          <w:lang w:val="ru-RU"/>
        </w:rPr>
        <w:sectPr w:rsidR="00A75E8E" w:rsidRPr="00CE283A" w:rsidSect="00A22425">
          <w:pgSz w:w="16838" w:h="11906" w:orient="landscape"/>
          <w:pgMar w:top="1276" w:right="1134" w:bottom="1276" w:left="1134" w:header="709" w:footer="709" w:gutter="0"/>
          <w:cols w:space="720"/>
          <w:docGrid w:linePitch="360"/>
        </w:sectPr>
      </w:pPr>
    </w:p>
    <w:tbl>
      <w:tblPr>
        <w:tblW w:w="9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38"/>
      </w:tblGrid>
      <w:tr w:rsidR="00A75E8E" w:rsidRPr="004E207F">
        <w:tc>
          <w:tcPr>
            <w:tcW w:w="963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tbl>
            <w:tblPr>
              <w:tblStyle w:val="af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47"/>
              <w:gridCol w:w="959"/>
              <w:gridCol w:w="5337"/>
            </w:tblGrid>
            <w:tr w:rsidR="008F351B" w:rsidRPr="004E207F" w:rsidTr="008F351B">
              <w:tc>
                <w:tcPr>
                  <w:tcW w:w="3147" w:type="dxa"/>
                </w:tcPr>
                <w:p w:rsidR="008F351B" w:rsidRDefault="008F351B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959" w:type="dxa"/>
                </w:tcPr>
                <w:p w:rsidR="008F351B" w:rsidRDefault="008F351B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5337" w:type="dxa"/>
                </w:tcPr>
                <w:p w:rsidR="008F351B" w:rsidRPr="00673E92" w:rsidRDefault="008F351B" w:rsidP="008F351B">
                  <w:pPr>
                    <w:widowControl w:val="0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lang w:val="ru-RU" w:eastAsia="ru-RU"/>
                    </w:rPr>
                    <w:t>Приложение № 4</w:t>
                  </w:r>
                </w:p>
                <w:p w:rsidR="008F351B" w:rsidRDefault="008F351B" w:rsidP="008F351B">
                  <w:pPr>
                    <w:widowControl w:val="0"/>
                    <w:jc w:val="center"/>
                    <w:rPr>
                      <w:b/>
                      <w:lang w:val="ru-RU" w:eastAsia="ru-RU"/>
                    </w:rPr>
                  </w:pPr>
                  <w:r>
                    <w:rPr>
                      <w:b/>
                      <w:lang w:val="ru-RU" w:eastAsia="ru-RU"/>
                    </w:rPr>
                    <w:t>к административному регламенту</w:t>
                  </w:r>
                  <w:r>
                    <w:rPr>
                      <w:b/>
                      <w:lang w:val="ru-RU" w:eastAsia="ru-RU"/>
                    </w:rPr>
                    <w:br/>
                    <w:t xml:space="preserve">предоставления муниципальной услуги </w:t>
                  </w:r>
                  <w:r w:rsidRPr="00C42BC6">
                    <w:rPr>
                      <w:b/>
                      <w:lang w:val="ru-RU" w:eastAsia="ru-RU"/>
                    </w:rPr>
                    <w:t>«</w:t>
                  </w:r>
                  <w:r w:rsidRPr="001C3B21">
                    <w:rPr>
                      <w:b/>
                      <w:lang w:val="ru-RU" w:eastAsia="ru-RU"/>
                    </w:rPr>
                    <w:t>Библиотечное, библиографическое и</w:t>
                  </w:r>
                  <w:r>
                    <w:rPr>
                      <w:b/>
                      <w:lang w:val="ru-RU" w:eastAsia="ru-RU"/>
                    </w:rPr>
                    <w:t> </w:t>
                  </w:r>
                  <w:r w:rsidRPr="001C3B21">
                    <w:rPr>
                      <w:b/>
                      <w:lang w:val="ru-RU" w:eastAsia="ru-RU"/>
                    </w:rPr>
                    <w:t>информационное обслуживание пользователей библиотеки на</w:t>
                  </w:r>
                  <w:r>
                    <w:rPr>
                      <w:b/>
                      <w:lang w:val="ru-RU" w:eastAsia="ru-RU"/>
                    </w:rPr>
                    <w:t> </w:t>
                  </w:r>
                  <w:r w:rsidRPr="001C3B21">
                    <w:rPr>
                      <w:b/>
                      <w:lang w:val="ru-RU" w:eastAsia="ru-RU"/>
                    </w:rPr>
                    <w:t>территории Валуйского муниципального округа</w:t>
                  </w:r>
                  <w:r w:rsidRPr="00C42BC6">
                    <w:rPr>
                      <w:b/>
                      <w:lang w:val="ru-RU" w:eastAsia="ru-RU"/>
                    </w:rPr>
                    <w:t>»</w:t>
                  </w:r>
                </w:p>
              </w:tc>
            </w:tr>
          </w:tbl>
          <w:p w:rsidR="00A75E8E" w:rsidRPr="00CE283A" w:rsidRDefault="00A75E8E">
            <w:pPr>
              <w:widowControl w:val="0"/>
              <w:jc w:val="right"/>
              <w:rPr>
                <w:lang w:val="ru-RU"/>
              </w:rPr>
            </w:pPr>
          </w:p>
        </w:tc>
      </w:tr>
    </w:tbl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Исчерпывающий перечень оснований для отказа в приеме запроса о</w:t>
      </w:r>
      <w:r w:rsidR="00BF3020">
        <w:rPr>
          <w:b/>
          <w:lang w:val="ru-RU" w:eastAsia="ru-RU"/>
        </w:rPr>
        <w:t> </w:t>
      </w:r>
      <w:r>
        <w:rPr>
          <w:b/>
          <w:lang w:val="ru-RU" w:eastAsia="ru-RU"/>
        </w:rPr>
        <w:t>предоставлении муниципальной услуги и документов, необходимых для</w:t>
      </w:r>
      <w:r w:rsidR="00BF3020">
        <w:rPr>
          <w:b/>
          <w:lang w:val="ru-RU" w:eastAsia="ru-RU"/>
        </w:rPr>
        <w:t> </w:t>
      </w:r>
      <w:r>
        <w:rPr>
          <w:b/>
          <w:lang w:val="ru-RU" w:eastAsia="ru-RU"/>
        </w:rPr>
        <w:t>предоставления муниципальной услуги, оснований для</w:t>
      </w:r>
      <w:r w:rsidR="00BF3020">
        <w:rPr>
          <w:b/>
          <w:lang w:val="ru-RU" w:eastAsia="ru-RU"/>
        </w:rPr>
        <w:t> </w:t>
      </w:r>
      <w:r>
        <w:rPr>
          <w:b/>
          <w:lang w:val="ru-RU" w:eastAsia="ru-RU"/>
        </w:rPr>
        <w:t xml:space="preserve">приостановления предоставления муниципальной услуги </w:t>
      </w:r>
      <w:r w:rsidR="00BF3020">
        <w:rPr>
          <w:b/>
          <w:lang w:val="ru-RU" w:eastAsia="ru-RU"/>
        </w:rPr>
        <w:t xml:space="preserve">                              </w:t>
      </w:r>
      <w:r>
        <w:rPr>
          <w:b/>
          <w:lang w:val="ru-RU" w:eastAsia="ru-RU"/>
        </w:rPr>
        <w:t>или отказа в предоставлении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0"/>
        <w:gridCol w:w="6438"/>
        <w:gridCol w:w="2500"/>
      </w:tblGrid>
      <w:tr w:rsidR="00A75E8E" w:rsidRPr="004E207F">
        <w:trPr>
          <w:cantSplit/>
          <w:tblHeader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№ п/п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Формулировка основания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Идентификатор(ы) категорий (признаков) заявителей</w:t>
            </w:r>
          </w:p>
        </w:tc>
      </w:tr>
      <w:tr w:rsidR="00A75E8E" w:rsidRPr="004E207F">
        <w:trPr>
          <w:cantSplit/>
        </w:trPr>
        <w:tc>
          <w:tcPr>
            <w:tcW w:w="9638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A75E8E" w:rsidRPr="00276582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1.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</w:pPr>
            <w:r>
              <w:rPr>
                <w:sz w:val="24"/>
                <w:lang w:val="ru-RU" w:eastAsia="ru-RU"/>
              </w:rPr>
              <w:t>Основания отсутствуют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 w:rsidP="00AB1668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А, Б, В, Г, Д, Е, Ж, З</w:t>
            </w:r>
          </w:p>
        </w:tc>
      </w:tr>
      <w:tr w:rsidR="00A75E8E" w:rsidRPr="004E207F">
        <w:trPr>
          <w:cantSplit/>
        </w:trPr>
        <w:tc>
          <w:tcPr>
            <w:tcW w:w="9638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Перечень оснований для приостановления предоставления муниципальной услуги</w:t>
            </w:r>
          </w:p>
        </w:tc>
      </w:tr>
      <w:tr w:rsidR="00A75E8E" w:rsidRPr="00276582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1.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</w:pPr>
            <w:r>
              <w:rPr>
                <w:sz w:val="24"/>
                <w:lang w:val="ru-RU" w:eastAsia="ru-RU"/>
              </w:rPr>
              <w:t>Основания отсутствуют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 w:rsidP="00AB1668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А, Б, В, Г, Д, Е, Ж, З</w:t>
            </w:r>
          </w:p>
        </w:tc>
      </w:tr>
      <w:tr w:rsidR="00A75E8E" w:rsidRPr="004E207F">
        <w:trPr>
          <w:cantSplit/>
        </w:trPr>
        <w:tc>
          <w:tcPr>
            <w:tcW w:w="9638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Перечень оснований для отказа в предоставлении муниципальной услуги</w:t>
            </w:r>
          </w:p>
        </w:tc>
      </w:tr>
      <w:tr w:rsidR="00A75E8E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1.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Отсутствие запрашиваемых документов (изданий) в книжных фондах библиотек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AB1668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И, К, Л, М</w:t>
            </w:r>
          </w:p>
        </w:tc>
      </w:tr>
      <w:tr w:rsidR="00A75E8E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2.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Нарушение Правил пользования библиотеками МБУК «Валуйская ЦБС»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AB1668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И, К, Л, М</w:t>
            </w:r>
          </w:p>
        </w:tc>
      </w:tr>
      <w:tr w:rsidR="00A75E8E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3F4AF3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3.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Pr="00CE283A" w:rsidRDefault="003F4AF3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Отсутствие запрашиваемой информации в базах данных и информационно-поисковых системах уполномоченного органа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5E8E" w:rsidRDefault="00AB1668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И, К, Л, М</w:t>
            </w:r>
          </w:p>
        </w:tc>
      </w:tr>
    </w:tbl>
    <w:p w:rsidR="00A75E8E" w:rsidRDefault="003F4AF3">
      <w:r>
        <w:br w:type="page"/>
      </w:r>
    </w:p>
    <w:tbl>
      <w:tblPr>
        <w:tblW w:w="9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38"/>
      </w:tblGrid>
      <w:tr w:rsidR="00A75E8E" w:rsidRPr="004E207F">
        <w:tc>
          <w:tcPr>
            <w:tcW w:w="963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tbl>
            <w:tblPr>
              <w:tblStyle w:val="aff0"/>
              <w:tblW w:w="96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47"/>
              <w:gridCol w:w="1106"/>
              <w:gridCol w:w="5386"/>
            </w:tblGrid>
            <w:tr w:rsidR="00276582" w:rsidRPr="004E207F" w:rsidTr="00276582">
              <w:tc>
                <w:tcPr>
                  <w:tcW w:w="3147" w:type="dxa"/>
                </w:tcPr>
                <w:p w:rsidR="00276582" w:rsidRDefault="00276582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1106" w:type="dxa"/>
                </w:tcPr>
                <w:p w:rsidR="00276582" w:rsidRDefault="00276582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5386" w:type="dxa"/>
                </w:tcPr>
                <w:p w:rsidR="00276582" w:rsidRPr="00A3359C" w:rsidRDefault="00276582" w:rsidP="00276582">
                  <w:pPr>
                    <w:widowControl w:val="0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lang w:val="ru-RU" w:eastAsia="ru-RU"/>
                    </w:rPr>
                    <w:t xml:space="preserve">Приложение № </w:t>
                  </w:r>
                  <w:r w:rsidRPr="00A3359C">
                    <w:rPr>
                      <w:b/>
                      <w:lang w:val="ru-RU" w:eastAsia="ru-RU"/>
                    </w:rPr>
                    <w:t>5</w:t>
                  </w:r>
                </w:p>
                <w:p w:rsidR="00276582" w:rsidRDefault="00276582" w:rsidP="00276582">
                  <w:pPr>
                    <w:widowControl w:val="0"/>
                    <w:tabs>
                      <w:tab w:val="left" w:pos="4286"/>
                    </w:tabs>
                    <w:jc w:val="center"/>
                    <w:rPr>
                      <w:b/>
                      <w:lang w:val="ru-RU" w:eastAsia="ru-RU"/>
                    </w:rPr>
                  </w:pPr>
                  <w:r>
                    <w:rPr>
                      <w:b/>
                      <w:lang w:val="ru-RU" w:eastAsia="ru-RU"/>
                    </w:rPr>
                    <w:t>к административному регламенту</w:t>
                  </w:r>
                  <w:r>
                    <w:rPr>
                      <w:b/>
                      <w:lang w:val="ru-RU" w:eastAsia="ru-RU"/>
                    </w:rPr>
                    <w:br/>
                    <w:t xml:space="preserve">предоставления муниципальной услуги </w:t>
                  </w:r>
                  <w:r w:rsidRPr="00C42BC6">
                    <w:rPr>
                      <w:b/>
                      <w:lang w:val="ru-RU" w:eastAsia="ru-RU"/>
                    </w:rPr>
                    <w:t>«</w:t>
                  </w:r>
                  <w:r w:rsidRPr="001C3B21">
                    <w:rPr>
                      <w:b/>
                      <w:lang w:val="ru-RU" w:eastAsia="ru-RU"/>
                    </w:rPr>
                    <w:t>Библиотечное, библиографическое и</w:t>
                  </w:r>
                  <w:r>
                    <w:rPr>
                      <w:b/>
                      <w:lang w:val="ru-RU" w:eastAsia="ru-RU"/>
                    </w:rPr>
                    <w:t> </w:t>
                  </w:r>
                  <w:r w:rsidRPr="001C3B21">
                    <w:rPr>
                      <w:b/>
                      <w:lang w:val="ru-RU" w:eastAsia="ru-RU"/>
                    </w:rPr>
                    <w:t>информационное обслуживание пользователей библиотеки на</w:t>
                  </w:r>
                  <w:r>
                    <w:rPr>
                      <w:b/>
                      <w:lang w:val="ru-RU" w:eastAsia="ru-RU"/>
                    </w:rPr>
                    <w:t> </w:t>
                  </w:r>
                  <w:r w:rsidRPr="001C3B21">
                    <w:rPr>
                      <w:b/>
                      <w:lang w:val="ru-RU" w:eastAsia="ru-RU"/>
                    </w:rPr>
                    <w:t>территории Валуйского муниципального округа</w:t>
                  </w:r>
                  <w:r w:rsidRPr="00C42BC6">
                    <w:rPr>
                      <w:b/>
                      <w:lang w:val="ru-RU" w:eastAsia="ru-RU"/>
                    </w:rPr>
                    <w:t>»</w:t>
                  </w:r>
                </w:p>
              </w:tc>
            </w:tr>
          </w:tbl>
          <w:p w:rsidR="00A75E8E" w:rsidRPr="00CE283A" w:rsidRDefault="00A75E8E">
            <w:pPr>
              <w:widowControl w:val="0"/>
              <w:jc w:val="right"/>
              <w:rPr>
                <w:lang w:val="ru-RU"/>
              </w:rPr>
            </w:pPr>
          </w:p>
        </w:tc>
      </w:tr>
    </w:tbl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A75E8E" w:rsidRPr="00CE283A" w:rsidRDefault="00A75E8E">
      <w:pPr>
        <w:widowControl w:val="0"/>
        <w:rPr>
          <w:lang w:val="ru-RU"/>
        </w:rPr>
      </w:pP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 Утвержденная форма письменного запроса о предоставлении муниципальной услуги не предусмотрена.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 При личном обращении в МБУК «Валуйская ЦБС» либо в пункт внестационарного обслуживания запрос может быть выражен устно. Запрос должен позволять определить цель обращения, искомый документ или требуемую справочную информацию.</w:t>
      </w:r>
    </w:p>
    <w:p w:rsidR="00A75E8E" w:rsidRPr="00CE283A" w:rsidRDefault="003F4AF3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3. При обращении через официальный сайт МБУК «Валуйская ЦБС» (https://val-library.ru/) </w:t>
      </w:r>
      <w:r w:rsidR="00AB1668" w:rsidRPr="005E2B41">
        <w:rPr>
          <w:lang w:val="ru-RU" w:eastAsia="ru-RU"/>
        </w:rPr>
        <w:t xml:space="preserve">или </w:t>
      </w:r>
      <w:r w:rsidR="00AB1668" w:rsidRPr="00736781">
        <w:rPr>
          <w:szCs w:val="28"/>
          <w:lang w:val="ru-RU"/>
        </w:rPr>
        <w:t>через ЕПГУ</w:t>
      </w:r>
      <w:r w:rsidR="00AB1668">
        <w:rPr>
          <w:szCs w:val="28"/>
          <w:lang w:val="ru-RU"/>
        </w:rPr>
        <w:t xml:space="preserve"> </w:t>
      </w:r>
      <w:r w:rsidR="00AB1668" w:rsidRPr="00736781">
        <w:rPr>
          <w:color w:val="000000"/>
          <w:szCs w:val="28"/>
          <w:lang w:val="ru-RU"/>
        </w:rPr>
        <w:t>(с момента реализации на</w:t>
      </w:r>
      <w:r w:rsidR="00AB1668">
        <w:rPr>
          <w:color w:val="000000"/>
          <w:szCs w:val="28"/>
        </w:rPr>
        <w:t> </w:t>
      </w:r>
      <w:r w:rsidR="00AB1668" w:rsidRPr="00736781">
        <w:rPr>
          <w:color w:val="000000"/>
          <w:szCs w:val="28"/>
          <w:lang w:val="ru-RU"/>
        </w:rPr>
        <w:t>портале)</w:t>
      </w:r>
      <w:r w:rsidR="00AB1668">
        <w:rPr>
          <w:color w:val="000000"/>
          <w:szCs w:val="28"/>
          <w:lang w:val="ru-RU"/>
        </w:rPr>
        <w:t xml:space="preserve"> </w:t>
      </w:r>
      <w:r>
        <w:rPr>
          <w:lang w:val="ru-RU" w:eastAsia="ru-RU"/>
        </w:rPr>
        <w:t>запрос формируется заявителем в электронной форме. В запросе указываются сведения, достаточные для поиска документа, подготовки справки и</w:t>
      </w:r>
      <w:r w:rsidR="00AB1668">
        <w:rPr>
          <w:lang w:val="ru-RU" w:eastAsia="ru-RU"/>
        </w:rPr>
        <w:t> </w:t>
      </w:r>
      <w:r>
        <w:rPr>
          <w:lang w:val="ru-RU" w:eastAsia="ru-RU"/>
        </w:rPr>
        <w:t>направления результата.</w:t>
      </w:r>
    </w:p>
    <w:sectPr w:rsidR="00A75E8E" w:rsidRPr="00CE283A" w:rsidSect="008F351B"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891" w:rsidRDefault="008C5891" w:rsidP="00E97855">
      <w:r>
        <w:separator/>
      </w:r>
    </w:p>
  </w:endnote>
  <w:endnote w:type="continuationSeparator" w:id="1">
    <w:p w:rsidR="008C5891" w:rsidRDefault="008C5891" w:rsidP="00E97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891" w:rsidRDefault="008C5891" w:rsidP="00E97855">
      <w:r>
        <w:separator/>
      </w:r>
    </w:p>
  </w:footnote>
  <w:footnote w:type="continuationSeparator" w:id="1">
    <w:p w:rsidR="008C5891" w:rsidRDefault="008C5891" w:rsidP="00E978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13063"/>
      <w:docPartObj>
        <w:docPartGallery w:val="Номера страниц (вверху страницы)"/>
        <w:docPartUnique/>
      </w:docPartObj>
    </w:sdtPr>
    <w:sdtContent>
      <w:p w:rsidR="008F351B" w:rsidRDefault="00705EE6">
        <w:pPr>
          <w:pStyle w:val="a5"/>
          <w:jc w:val="center"/>
        </w:pPr>
        <w:fldSimple w:instr=" PAGE   \* MERGEFORMAT ">
          <w:r w:rsidR="004E207F">
            <w:rPr>
              <w:noProof/>
            </w:rPr>
            <w:t>16</w:t>
          </w:r>
        </w:fldSimple>
      </w:p>
    </w:sdtContent>
  </w:sdt>
  <w:p w:rsidR="008F351B" w:rsidRDefault="008F351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2BD1BA5"/>
    <w:multiLevelType w:val="hybridMultilevel"/>
    <w:tmpl w:val="95BA7816"/>
    <w:lvl w:ilvl="0" w:tplc="B9A477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B3DE2"/>
    <w:rsid w:val="000F517E"/>
    <w:rsid w:val="0015074B"/>
    <w:rsid w:val="001C3B21"/>
    <w:rsid w:val="001C7245"/>
    <w:rsid w:val="001E2527"/>
    <w:rsid w:val="002035A1"/>
    <w:rsid w:val="00224812"/>
    <w:rsid w:val="00253AA2"/>
    <w:rsid w:val="00276582"/>
    <w:rsid w:val="0029639D"/>
    <w:rsid w:val="002E73F0"/>
    <w:rsid w:val="002F4D1A"/>
    <w:rsid w:val="00326F90"/>
    <w:rsid w:val="00331A54"/>
    <w:rsid w:val="003B140F"/>
    <w:rsid w:val="003F4AF3"/>
    <w:rsid w:val="00482D49"/>
    <w:rsid w:val="004B3460"/>
    <w:rsid w:val="004E207F"/>
    <w:rsid w:val="00544E7C"/>
    <w:rsid w:val="005818EE"/>
    <w:rsid w:val="00597177"/>
    <w:rsid w:val="005C30DA"/>
    <w:rsid w:val="005E5901"/>
    <w:rsid w:val="00632A05"/>
    <w:rsid w:val="006D6011"/>
    <w:rsid w:val="006E26EA"/>
    <w:rsid w:val="00705EE6"/>
    <w:rsid w:val="0075347E"/>
    <w:rsid w:val="007D360B"/>
    <w:rsid w:val="007F2743"/>
    <w:rsid w:val="008043EC"/>
    <w:rsid w:val="00850815"/>
    <w:rsid w:val="008C5891"/>
    <w:rsid w:val="008E4CFA"/>
    <w:rsid w:val="008F351B"/>
    <w:rsid w:val="009144A4"/>
    <w:rsid w:val="009D4A37"/>
    <w:rsid w:val="009D7480"/>
    <w:rsid w:val="00A20ED8"/>
    <w:rsid w:val="00A22425"/>
    <w:rsid w:val="00A3359C"/>
    <w:rsid w:val="00A75E8E"/>
    <w:rsid w:val="00A76B05"/>
    <w:rsid w:val="00A92701"/>
    <w:rsid w:val="00AA1D8D"/>
    <w:rsid w:val="00AB1668"/>
    <w:rsid w:val="00AD74C0"/>
    <w:rsid w:val="00B47730"/>
    <w:rsid w:val="00BF3020"/>
    <w:rsid w:val="00BF5E41"/>
    <w:rsid w:val="00C00C4E"/>
    <w:rsid w:val="00C63B11"/>
    <w:rsid w:val="00C67D9E"/>
    <w:rsid w:val="00C7573E"/>
    <w:rsid w:val="00C944A8"/>
    <w:rsid w:val="00CB0664"/>
    <w:rsid w:val="00CE283A"/>
    <w:rsid w:val="00D9292B"/>
    <w:rsid w:val="00DD3A29"/>
    <w:rsid w:val="00E97855"/>
    <w:rsid w:val="00EB238C"/>
    <w:rsid w:val="00F155C8"/>
    <w:rsid w:val="00FB256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7658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2035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l-library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al-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al-library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23B90A-11A0-4360-A795-F37D7CD83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16</Pages>
  <Words>3523</Words>
  <Characters>20083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регламент: Библиотечное, библиографическое и информационное обслуживание пользователей библиотеки на территории Валуйского муниципального округа</vt:lpstr>
      <vt:lpstr/>
    </vt:vector>
  </TitlesOfParts>
  <Manager/>
  <Company/>
  <LinksUpToDate>false</LinksUpToDate>
  <CharactersWithSpaces>23559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регламент: Библиотечное, библиографическое и информационное обслуживание пользователей библиотеки на территории Валуйского муниципального округа</dc:title>
  <dc:subject>Административный регламент предоставления муниципальной услуги</dc:subject>
  <dc:creator/>
  <cp:keywords/>
  <dc:description>generated by python-docx</dc:description>
  <cp:lastModifiedBy>Пользователь</cp:lastModifiedBy>
  <cp:revision>25</cp:revision>
  <cp:lastPrinted>2026-08-04T07:39:00Z</cp:lastPrinted>
  <dcterms:created xsi:type="dcterms:W3CDTF">2013-12-23T23:15:00Z</dcterms:created>
  <dcterms:modified xsi:type="dcterms:W3CDTF">2026-08-06T07:45:00Z</dcterms:modified>
  <cp:category/>
</cp:coreProperties>
</file>